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069111" w14:textId="7F2CB5BF" w:rsidR="00B77A26" w:rsidRPr="007140DE" w:rsidRDefault="00B77A26" w:rsidP="00B77A26">
      <w:pPr>
        <w:spacing w:before="240" w:after="0"/>
        <w:rPr>
          <w:rFonts w:ascii="Verdana" w:hAnsi="Verdana"/>
          <w:b/>
          <w:bCs/>
        </w:rPr>
      </w:pPr>
      <w:r w:rsidRPr="007140DE">
        <w:rPr>
          <w:rFonts w:ascii="Verdana" w:hAnsi="Verdana"/>
          <w:b/>
          <w:bCs/>
        </w:rPr>
        <w:t>PLANTILLA_</w:t>
      </w:r>
      <w:r w:rsidR="004665D9">
        <w:rPr>
          <w:rFonts w:ascii="Verdana" w:hAnsi="Verdana"/>
          <w:b/>
          <w:bCs/>
        </w:rPr>
        <w:t>2</w:t>
      </w:r>
    </w:p>
    <w:p w14:paraId="058DB4A4" w14:textId="1D3D2889" w:rsidR="00B77A26" w:rsidRPr="007140DE" w:rsidRDefault="004665D9" w:rsidP="00B77A26">
      <w:pPr>
        <w:spacing w:before="240" w:after="0"/>
        <w:rPr>
          <w:rFonts w:ascii="Verdana" w:hAnsi="Verdana"/>
        </w:rPr>
      </w:pPr>
      <w:r>
        <w:rPr>
          <w:rFonts w:ascii="Verdana" w:hAnsi="Verdana"/>
        </w:rPr>
        <w:t xml:space="preserve">Conforme vayas viendo los vídeos sobre las preguntas que suelen hacerse en una entrevista de trabajo, anota la pregunta y la respuesta más </w:t>
      </w:r>
      <w:r w:rsidR="00637A7E">
        <w:rPr>
          <w:rFonts w:ascii="Verdana" w:hAnsi="Verdana"/>
        </w:rPr>
        <w:t>adecuada</w:t>
      </w:r>
      <w:r>
        <w:rPr>
          <w:rFonts w:ascii="Verdana" w:hAnsi="Verdana"/>
        </w:rPr>
        <w:t xml:space="preserve"> que se debe dar.</w:t>
      </w:r>
    </w:p>
    <w:p w14:paraId="2857BE3D" w14:textId="77777777" w:rsidR="00B77A26" w:rsidRPr="007140DE" w:rsidRDefault="00B77A26" w:rsidP="00B77A26">
      <w:pPr>
        <w:spacing w:before="240" w:after="0"/>
        <w:rPr>
          <w:rFonts w:ascii="Verdana" w:hAnsi="Verdan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85"/>
        <w:gridCol w:w="4886"/>
      </w:tblGrid>
      <w:tr w:rsidR="00B77A26" w:rsidRPr="007140DE" w14:paraId="0E60B6C9" w14:textId="77777777" w:rsidTr="00DB0845">
        <w:tc>
          <w:tcPr>
            <w:tcW w:w="4885" w:type="dxa"/>
            <w:shd w:val="clear" w:color="auto" w:fill="DBE5F1" w:themeFill="accent1" w:themeFillTint="33"/>
            <w:tcMar>
              <w:top w:w="40" w:type="dxa"/>
              <w:bottom w:w="40" w:type="dxa"/>
            </w:tcMar>
            <w:vAlign w:val="center"/>
          </w:tcPr>
          <w:p w14:paraId="4929E8A6" w14:textId="0930BE7D" w:rsidR="00B77A26" w:rsidRPr="007140DE" w:rsidRDefault="004665D9" w:rsidP="00DB0845">
            <w:pPr>
              <w:spacing w:before="240"/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PREGUNTA</w:t>
            </w:r>
          </w:p>
        </w:tc>
        <w:tc>
          <w:tcPr>
            <w:tcW w:w="4886" w:type="dxa"/>
            <w:shd w:val="clear" w:color="auto" w:fill="DBE5F1" w:themeFill="accent1" w:themeFillTint="33"/>
            <w:tcMar>
              <w:top w:w="40" w:type="dxa"/>
              <w:bottom w:w="40" w:type="dxa"/>
            </w:tcMar>
            <w:vAlign w:val="center"/>
          </w:tcPr>
          <w:p w14:paraId="67CF14E0" w14:textId="67942912" w:rsidR="00B77A26" w:rsidRPr="007140DE" w:rsidRDefault="004665D9" w:rsidP="00DB0845">
            <w:pPr>
              <w:spacing w:before="240"/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 xml:space="preserve">RESPUESTA MÁS </w:t>
            </w:r>
            <w:r w:rsidR="00DD4759">
              <w:rPr>
                <w:rFonts w:ascii="Verdana" w:hAnsi="Verdana"/>
                <w:b/>
                <w:bCs/>
              </w:rPr>
              <w:t>ADECUADA</w:t>
            </w:r>
          </w:p>
        </w:tc>
      </w:tr>
      <w:tr w:rsidR="00B77A26" w:rsidRPr="007140DE" w14:paraId="72644427" w14:textId="77777777" w:rsidTr="00DB0845">
        <w:tc>
          <w:tcPr>
            <w:tcW w:w="4885" w:type="dxa"/>
            <w:tcMar>
              <w:top w:w="40" w:type="dxa"/>
              <w:bottom w:w="40" w:type="dxa"/>
            </w:tcMar>
            <w:vAlign w:val="center"/>
          </w:tcPr>
          <w:p w14:paraId="2F50F597" w14:textId="77777777" w:rsidR="00B77A26" w:rsidRPr="007140DE" w:rsidRDefault="00B77A26" w:rsidP="00DB0845">
            <w:pPr>
              <w:spacing w:before="240"/>
              <w:rPr>
                <w:rFonts w:ascii="Verdana" w:hAnsi="Verdana"/>
              </w:rPr>
            </w:pPr>
          </w:p>
        </w:tc>
        <w:tc>
          <w:tcPr>
            <w:tcW w:w="4886" w:type="dxa"/>
            <w:tcMar>
              <w:top w:w="40" w:type="dxa"/>
              <w:bottom w:w="40" w:type="dxa"/>
            </w:tcMar>
            <w:vAlign w:val="center"/>
          </w:tcPr>
          <w:p w14:paraId="4FEA8104" w14:textId="77777777" w:rsidR="00B77A26" w:rsidRPr="007140DE" w:rsidRDefault="00B77A26" w:rsidP="00DB0845">
            <w:pPr>
              <w:spacing w:before="240"/>
              <w:rPr>
                <w:rFonts w:ascii="Verdana" w:hAnsi="Verdana"/>
              </w:rPr>
            </w:pPr>
          </w:p>
        </w:tc>
      </w:tr>
      <w:tr w:rsidR="00B77A26" w:rsidRPr="007140DE" w14:paraId="0C63A438" w14:textId="77777777" w:rsidTr="00DB0845">
        <w:tc>
          <w:tcPr>
            <w:tcW w:w="4885" w:type="dxa"/>
            <w:tcMar>
              <w:top w:w="40" w:type="dxa"/>
              <w:bottom w:w="40" w:type="dxa"/>
            </w:tcMar>
            <w:vAlign w:val="center"/>
          </w:tcPr>
          <w:p w14:paraId="0B9773DF" w14:textId="77777777" w:rsidR="00B77A26" w:rsidRPr="007140DE" w:rsidRDefault="00B77A26" w:rsidP="00DB0845">
            <w:pPr>
              <w:spacing w:before="240"/>
              <w:rPr>
                <w:rFonts w:ascii="Verdana" w:hAnsi="Verdana"/>
              </w:rPr>
            </w:pPr>
          </w:p>
        </w:tc>
        <w:tc>
          <w:tcPr>
            <w:tcW w:w="4886" w:type="dxa"/>
            <w:tcMar>
              <w:top w:w="40" w:type="dxa"/>
              <w:bottom w:w="40" w:type="dxa"/>
            </w:tcMar>
            <w:vAlign w:val="center"/>
          </w:tcPr>
          <w:p w14:paraId="4C44F479" w14:textId="77777777" w:rsidR="00B77A26" w:rsidRPr="007140DE" w:rsidRDefault="00B77A26" w:rsidP="00DB0845">
            <w:pPr>
              <w:spacing w:before="240"/>
              <w:rPr>
                <w:rFonts w:ascii="Verdana" w:hAnsi="Verdana"/>
              </w:rPr>
            </w:pPr>
          </w:p>
        </w:tc>
      </w:tr>
      <w:tr w:rsidR="00B77A26" w:rsidRPr="007140DE" w14:paraId="70B1368C" w14:textId="77777777" w:rsidTr="00DB0845">
        <w:tc>
          <w:tcPr>
            <w:tcW w:w="4885" w:type="dxa"/>
            <w:tcMar>
              <w:top w:w="40" w:type="dxa"/>
              <w:bottom w:w="40" w:type="dxa"/>
            </w:tcMar>
            <w:vAlign w:val="center"/>
          </w:tcPr>
          <w:p w14:paraId="659FBF26" w14:textId="77777777" w:rsidR="00B77A26" w:rsidRPr="007140DE" w:rsidRDefault="00B77A26" w:rsidP="00DB0845">
            <w:pPr>
              <w:spacing w:before="240"/>
              <w:rPr>
                <w:rFonts w:ascii="Verdana" w:hAnsi="Verdana"/>
              </w:rPr>
            </w:pPr>
          </w:p>
        </w:tc>
        <w:tc>
          <w:tcPr>
            <w:tcW w:w="4886" w:type="dxa"/>
            <w:tcMar>
              <w:top w:w="40" w:type="dxa"/>
              <w:bottom w:w="40" w:type="dxa"/>
            </w:tcMar>
            <w:vAlign w:val="center"/>
          </w:tcPr>
          <w:p w14:paraId="3C750798" w14:textId="77777777" w:rsidR="00B77A26" w:rsidRPr="007140DE" w:rsidRDefault="00B77A26" w:rsidP="00DB0845">
            <w:pPr>
              <w:spacing w:before="240"/>
              <w:rPr>
                <w:rFonts w:ascii="Verdana" w:hAnsi="Verdana"/>
              </w:rPr>
            </w:pPr>
          </w:p>
        </w:tc>
      </w:tr>
      <w:tr w:rsidR="00B77A26" w:rsidRPr="007140DE" w14:paraId="462D6C06" w14:textId="77777777" w:rsidTr="00DB0845">
        <w:tc>
          <w:tcPr>
            <w:tcW w:w="4885" w:type="dxa"/>
            <w:tcMar>
              <w:top w:w="40" w:type="dxa"/>
              <w:bottom w:w="40" w:type="dxa"/>
            </w:tcMar>
            <w:vAlign w:val="center"/>
          </w:tcPr>
          <w:p w14:paraId="59867B04" w14:textId="77777777" w:rsidR="00B77A26" w:rsidRPr="007140DE" w:rsidRDefault="00B77A26" w:rsidP="00DB0845">
            <w:pPr>
              <w:spacing w:before="240"/>
              <w:rPr>
                <w:rFonts w:ascii="Verdana" w:hAnsi="Verdana"/>
              </w:rPr>
            </w:pPr>
          </w:p>
        </w:tc>
        <w:tc>
          <w:tcPr>
            <w:tcW w:w="4886" w:type="dxa"/>
            <w:tcMar>
              <w:top w:w="40" w:type="dxa"/>
              <w:bottom w:w="40" w:type="dxa"/>
            </w:tcMar>
            <w:vAlign w:val="center"/>
          </w:tcPr>
          <w:p w14:paraId="172A207F" w14:textId="77777777" w:rsidR="00B77A26" w:rsidRPr="007140DE" w:rsidRDefault="00B77A26" w:rsidP="00DB0845">
            <w:pPr>
              <w:spacing w:before="240"/>
              <w:rPr>
                <w:rFonts w:ascii="Verdana" w:hAnsi="Verdana"/>
              </w:rPr>
            </w:pPr>
          </w:p>
        </w:tc>
      </w:tr>
      <w:tr w:rsidR="00B77A26" w:rsidRPr="007140DE" w14:paraId="55524A12" w14:textId="77777777" w:rsidTr="00DB0845">
        <w:tc>
          <w:tcPr>
            <w:tcW w:w="4885" w:type="dxa"/>
            <w:tcMar>
              <w:top w:w="40" w:type="dxa"/>
              <w:bottom w:w="40" w:type="dxa"/>
            </w:tcMar>
            <w:vAlign w:val="center"/>
          </w:tcPr>
          <w:p w14:paraId="5795EB62" w14:textId="77777777" w:rsidR="00B77A26" w:rsidRPr="007140DE" w:rsidRDefault="00B77A26" w:rsidP="00DB0845">
            <w:pPr>
              <w:spacing w:before="240"/>
              <w:rPr>
                <w:rFonts w:ascii="Verdana" w:hAnsi="Verdana"/>
              </w:rPr>
            </w:pPr>
          </w:p>
        </w:tc>
        <w:tc>
          <w:tcPr>
            <w:tcW w:w="4886" w:type="dxa"/>
            <w:tcMar>
              <w:top w:w="40" w:type="dxa"/>
              <w:bottom w:w="40" w:type="dxa"/>
            </w:tcMar>
            <w:vAlign w:val="center"/>
          </w:tcPr>
          <w:p w14:paraId="2D73FA33" w14:textId="77777777" w:rsidR="00B77A26" w:rsidRPr="007140DE" w:rsidRDefault="00B77A26" w:rsidP="00DB0845">
            <w:pPr>
              <w:spacing w:before="240"/>
              <w:rPr>
                <w:rFonts w:ascii="Verdana" w:hAnsi="Verdana"/>
              </w:rPr>
            </w:pPr>
          </w:p>
        </w:tc>
      </w:tr>
      <w:tr w:rsidR="00B77A26" w:rsidRPr="007140DE" w14:paraId="6001EC67" w14:textId="77777777" w:rsidTr="00DB0845">
        <w:tc>
          <w:tcPr>
            <w:tcW w:w="4885" w:type="dxa"/>
            <w:tcMar>
              <w:top w:w="40" w:type="dxa"/>
              <w:bottom w:w="40" w:type="dxa"/>
            </w:tcMar>
            <w:vAlign w:val="center"/>
          </w:tcPr>
          <w:p w14:paraId="50F082AF" w14:textId="77777777" w:rsidR="00B77A26" w:rsidRPr="007140DE" w:rsidRDefault="00B77A26" w:rsidP="00DB0845">
            <w:pPr>
              <w:spacing w:before="240"/>
              <w:rPr>
                <w:rFonts w:ascii="Verdana" w:hAnsi="Verdana"/>
              </w:rPr>
            </w:pPr>
          </w:p>
        </w:tc>
        <w:tc>
          <w:tcPr>
            <w:tcW w:w="4886" w:type="dxa"/>
            <w:tcMar>
              <w:top w:w="40" w:type="dxa"/>
              <w:bottom w:w="40" w:type="dxa"/>
            </w:tcMar>
            <w:vAlign w:val="center"/>
          </w:tcPr>
          <w:p w14:paraId="35D24DDD" w14:textId="77777777" w:rsidR="00B77A26" w:rsidRPr="007140DE" w:rsidRDefault="00B77A26" w:rsidP="00DB0845">
            <w:pPr>
              <w:spacing w:before="240"/>
              <w:rPr>
                <w:rFonts w:ascii="Verdana" w:hAnsi="Verdana"/>
              </w:rPr>
            </w:pPr>
          </w:p>
        </w:tc>
      </w:tr>
      <w:tr w:rsidR="00B77A26" w:rsidRPr="007140DE" w14:paraId="28303474" w14:textId="77777777" w:rsidTr="00DB0845">
        <w:tc>
          <w:tcPr>
            <w:tcW w:w="4885" w:type="dxa"/>
            <w:tcMar>
              <w:top w:w="40" w:type="dxa"/>
              <w:bottom w:w="40" w:type="dxa"/>
            </w:tcMar>
            <w:vAlign w:val="center"/>
          </w:tcPr>
          <w:p w14:paraId="44D71272" w14:textId="77777777" w:rsidR="00B77A26" w:rsidRPr="007140DE" w:rsidRDefault="00B77A26" w:rsidP="00DB0845">
            <w:pPr>
              <w:spacing w:before="240"/>
              <w:rPr>
                <w:rFonts w:ascii="Verdana" w:hAnsi="Verdana"/>
              </w:rPr>
            </w:pPr>
          </w:p>
        </w:tc>
        <w:tc>
          <w:tcPr>
            <w:tcW w:w="4886" w:type="dxa"/>
            <w:tcMar>
              <w:top w:w="40" w:type="dxa"/>
              <w:bottom w:w="40" w:type="dxa"/>
            </w:tcMar>
            <w:vAlign w:val="center"/>
          </w:tcPr>
          <w:p w14:paraId="09EB6FE4" w14:textId="77777777" w:rsidR="00B77A26" w:rsidRPr="007140DE" w:rsidRDefault="00B77A26" w:rsidP="00DB0845">
            <w:pPr>
              <w:spacing w:before="240"/>
              <w:rPr>
                <w:rFonts w:ascii="Verdana" w:hAnsi="Verdana"/>
              </w:rPr>
            </w:pPr>
          </w:p>
        </w:tc>
      </w:tr>
      <w:tr w:rsidR="00B77A26" w:rsidRPr="007140DE" w14:paraId="1B724AA4" w14:textId="77777777" w:rsidTr="00DB0845">
        <w:tc>
          <w:tcPr>
            <w:tcW w:w="4885" w:type="dxa"/>
            <w:tcMar>
              <w:top w:w="40" w:type="dxa"/>
              <w:bottom w:w="40" w:type="dxa"/>
            </w:tcMar>
            <w:vAlign w:val="center"/>
          </w:tcPr>
          <w:p w14:paraId="5C590993" w14:textId="77777777" w:rsidR="00B77A26" w:rsidRPr="007140DE" w:rsidRDefault="00B77A26" w:rsidP="00DB0845">
            <w:pPr>
              <w:spacing w:before="240"/>
              <w:rPr>
                <w:rFonts w:ascii="Verdana" w:hAnsi="Verdana"/>
              </w:rPr>
            </w:pPr>
          </w:p>
        </w:tc>
        <w:tc>
          <w:tcPr>
            <w:tcW w:w="4886" w:type="dxa"/>
            <w:tcMar>
              <w:top w:w="40" w:type="dxa"/>
              <w:bottom w:w="40" w:type="dxa"/>
            </w:tcMar>
            <w:vAlign w:val="center"/>
          </w:tcPr>
          <w:p w14:paraId="5ED13886" w14:textId="77777777" w:rsidR="00B77A26" w:rsidRPr="007140DE" w:rsidRDefault="00B77A26" w:rsidP="00DB0845">
            <w:pPr>
              <w:spacing w:before="240"/>
              <w:rPr>
                <w:rFonts w:ascii="Verdana" w:hAnsi="Verdana"/>
              </w:rPr>
            </w:pPr>
          </w:p>
        </w:tc>
      </w:tr>
      <w:tr w:rsidR="00B77A26" w:rsidRPr="007140DE" w14:paraId="3784BF5A" w14:textId="77777777" w:rsidTr="00DB0845">
        <w:tc>
          <w:tcPr>
            <w:tcW w:w="4885" w:type="dxa"/>
            <w:tcMar>
              <w:top w:w="40" w:type="dxa"/>
              <w:bottom w:w="40" w:type="dxa"/>
            </w:tcMar>
            <w:vAlign w:val="center"/>
          </w:tcPr>
          <w:p w14:paraId="0AA646E1" w14:textId="77777777" w:rsidR="00B77A26" w:rsidRPr="007140DE" w:rsidRDefault="00B77A26" w:rsidP="00DB0845">
            <w:pPr>
              <w:spacing w:before="240"/>
              <w:rPr>
                <w:rFonts w:ascii="Verdana" w:hAnsi="Verdana"/>
              </w:rPr>
            </w:pPr>
          </w:p>
        </w:tc>
        <w:tc>
          <w:tcPr>
            <w:tcW w:w="4886" w:type="dxa"/>
            <w:tcMar>
              <w:top w:w="40" w:type="dxa"/>
              <w:bottom w:w="40" w:type="dxa"/>
            </w:tcMar>
            <w:vAlign w:val="center"/>
          </w:tcPr>
          <w:p w14:paraId="27F9DC4A" w14:textId="77777777" w:rsidR="00B77A26" w:rsidRPr="007140DE" w:rsidRDefault="00B77A26" w:rsidP="00DB0845">
            <w:pPr>
              <w:spacing w:before="240"/>
              <w:rPr>
                <w:rFonts w:ascii="Verdana" w:hAnsi="Verdana"/>
              </w:rPr>
            </w:pPr>
          </w:p>
        </w:tc>
      </w:tr>
      <w:tr w:rsidR="00B77A26" w:rsidRPr="007140DE" w14:paraId="43D643CE" w14:textId="77777777" w:rsidTr="00DB0845">
        <w:tc>
          <w:tcPr>
            <w:tcW w:w="4885" w:type="dxa"/>
            <w:tcMar>
              <w:top w:w="40" w:type="dxa"/>
              <w:bottom w:w="40" w:type="dxa"/>
            </w:tcMar>
            <w:vAlign w:val="center"/>
          </w:tcPr>
          <w:p w14:paraId="7AADA992" w14:textId="77777777" w:rsidR="00B77A26" w:rsidRPr="007140DE" w:rsidRDefault="00B77A26" w:rsidP="00DB0845">
            <w:pPr>
              <w:spacing w:before="240"/>
              <w:rPr>
                <w:rFonts w:ascii="Verdana" w:hAnsi="Verdana"/>
              </w:rPr>
            </w:pPr>
          </w:p>
        </w:tc>
        <w:tc>
          <w:tcPr>
            <w:tcW w:w="4886" w:type="dxa"/>
            <w:tcMar>
              <w:top w:w="40" w:type="dxa"/>
              <w:bottom w:w="40" w:type="dxa"/>
            </w:tcMar>
            <w:vAlign w:val="center"/>
          </w:tcPr>
          <w:p w14:paraId="734F49FC" w14:textId="77777777" w:rsidR="00B77A26" w:rsidRPr="007140DE" w:rsidRDefault="00B77A26" w:rsidP="00DB0845">
            <w:pPr>
              <w:spacing w:before="240"/>
              <w:rPr>
                <w:rFonts w:ascii="Verdana" w:hAnsi="Verdana"/>
              </w:rPr>
            </w:pPr>
          </w:p>
        </w:tc>
      </w:tr>
      <w:tr w:rsidR="00B77A26" w:rsidRPr="007140DE" w14:paraId="1D0C63DC" w14:textId="77777777" w:rsidTr="00DB0845">
        <w:tc>
          <w:tcPr>
            <w:tcW w:w="4885" w:type="dxa"/>
            <w:tcMar>
              <w:top w:w="40" w:type="dxa"/>
              <w:bottom w:w="40" w:type="dxa"/>
            </w:tcMar>
            <w:vAlign w:val="center"/>
          </w:tcPr>
          <w:p w14:paraId="0DF40809" w14:textId="77777777" w:rsidR="00B77A26" w:rsidRPr="007140DE" w:rsidRDefault="00B77A26" w:rsidP="00DB0845">
            <w:pPr>
              <w:spacing w:before="240"/>
              <w:rPr>
                <w:rFonts w:ascii="Verdana" w:hAnsi="Verdana"/>
              </w:rPr>
            </w:pPr>
          </w:p>
        </w:tc>
        <w:tc>
          <w:tcPr>
            <w:tcW w:w="4886" w:type="dxa"/>
            <w:tcMar>
              <w:top w:w="40" w:type="dxa"/>
              <w:bottom w:w="40" w:type="dxa"/>
            </w:tcMar>
            <w:vAlign w:val="center"/>
          </w:tcPr>
          <w:p w14:paraId="65E4FEB5" w14:textId="77777777" w:rsidR="00B77A26" w:rsidRPr="007140DE" w:rsidRDefault="00B77A26" w:rsidP="00DB0845">
            <w:pPr>
              <w:spacing w:before="240"/>
              <w:rPr>
                <w:rFonts w:ascii="Verdana" w:hAnsi="Verdana"/>
              </w:rPr>
            </w:pPr>
          </w:p>
        </w:tc>
      </w:tr>
      <w:tr w:rsidR="00B77A26" w:rsidRPr="007140DE" w14:paraId="3FA8DBC8" w14:textId="77777777" w:rsidTr="00DB0845">
        <w:tc>
          <w:tcPr>
            <w:tcW w:w="4885" w:type="dxa"/>
            <w:tcMar>
              <w:top w:w="40" w:type="dxa"/>
              <w:bottom w:w="40" w:type="dxa"/>
            </w:tcMar>
            <w:vAlign w:val="center"/>
          </w:tcPr>
          <w:p w14:paraId="7F5FBD4B" w14:textId="77777777" w:rsidR="00B77A26" w:rsidRPr="007140DE" w:rsidRDefault="00B77A26" w:rsidP="00DB0845">
            <w:pPr>
              <w:spacing w:before="240"/>
              <w:rPr>
                <w:rFonts w:ascii="Verdana" w:hAnsi="Verdana"/>
              </w:rPr>
            </w:pPr>
          </w:p>
        </w:tc>
        <w:tc>
          <w:tcPr>
            <w:tcW w:w="4886" w:type="dxa"/>
            <w:tcMar>
              <w:top w:w="40" w:type="dxa"/>
              <w:bottom w:w="40" w:type="dxa"/>
            </w:tcMar>
            <w:vAlign w:val="center"/>
          </w:tcPr>
          <w:p w14:paraId="16EDE64D" w14:textId="77777777" w:rsidR="00B77A26" w:rsidRPr="007140DE" w:rsidRDefault="00B77A26" w:rsidP="00DB0845">
            <w:pPr>
              <w:spacing w:before="240"/>
              <w:rPr>
                <w:rFonts w:ascii="Verdana" w:hAnsi="Verdana"/>
              </w:rPr>
            </w:pPr>
          </w:p>
        </w:tc>
      </w:tr>
      <w:tr w:rsidR="00B77A26" w:rsidRPr="007140DE" w14:paraId="5630590C" w14:textId="77777777" w:rsidTr="00DB0845">
        <w:tc>
          <w:tcPr>
            <w:tcW w:w="4885" w:type="dxa"/>
            <w:tcMar>
              <w:top w:w="40" w:type="dxa"/>
              <w:bottom w:w="40" w:type="dxa"/>
            </w:tcMar>
            <w:vAlign w:val="center"/>
          </w:tcPr>
          <w:p w14:paraId="4C047041" w14:textId="77777777" w:rsidR="00B77A26" w:rsidRPr="007140DE" w:rsidRDefault="00B77A26" w:rsidP="00DB0845">
            <w:pPr>
              <w:spacing w:before="240"/>
              <w:rPr>
                <w:rFonts w:ascii="Verdana" w:hAnsi="Verdana"/>
              </w:rPr>
            </w:pPr>
          </w:p>
        </w:tc>
        <w:tc>
          <w:tcPr>
            <w:tcW w:w="4886" w:type="dxa"/>
            <w:tcMar>
              <w:top w:w="40" w:type="dxa"/>
              <w:bottom w:w="40" w:type="dxa"/>
            </w:tcMar>
            <w:vAlign w:val="center"/>
          </w:tcPr>
          <w:p w14:paraId="61535D54" w14:textId="77777777" w:rsidR="00B77A26" w:rsidRPr="007140DE" w:rsidRDefault="00B77A26" w:rsidP="00DB0845">
            <w:pPr>
              <w:spacing w:before="240"/>
              <w:rPr>
                <w:rFonts w:ascii="Verdana" w:hAnsi="Verdana"/>
              </w:rPr>
            </w:pPr>
          </w:p>
        </w:tc>
      </w:tr>
      <w:tr w:rsidR="00B77A26" w:rsidRPr="007140DE" w14:paraId="2F06F826" w14:textId="77777777" w:rsidTr="00DB0845">
        <w:tc>
          <w:tcPr>
            <w:tcW w:w="4885" w:type="dxa"/>
            <w:tcMar>
              <w:top w:w="40" w:type="dxa"/>
              <w:bottom w:w="40" w:type="dxa"/>
            </w:tcMar>
            <w:vAlign w:val="center"/>
          </w:tcPr>
          <w:p w14:paraId="17D51307" w14:textId="77777777" w:rsidR="00B77A26" w:rsidRPr="007140DE" w:rsidRDefault="00B77A26" w:rsidP="00DB0845">
            <w:pPr>
              <w:spacing w:before="240"/>
              <w:rPr>
                <w:rFonts w:ascii="Verdana" w:hAnsi="Verdana"/>
              </w:rPr>
            </w:pPr>
          </w:p>
        </w:tc>
        <w:tc>
          <w:tcPr>
            <w:tcW w:w="4886" w:type="dxa"/>
            <w:tcMar>
              <w:top w:w="40" w:type="dxa"/>
              <w:bottom w:w="40" w:type="dxa"/>
            </w:tcMar>
            <w:vAlign w:val="center"/>
          </w:tcPr>
          <w:p w14:paraId="6447BC12" w14:textId="77777777" w:rsidR="00B77A26" w:rsidRPr="007140DE" w:rsidRDefault="00B77A26" w:rsidP="00DB0845">
            <w:pPr>
              <w:spacing w:before="240"/>
              <w:rPr>
                <w:rFonts w:ascii="Verdana" w:hAnsi="Verdana"/>
              </w:rPr>
            </w:pPr>
          </w:p>
        </w:tc>
      </w:tr>
      <w:tr w:rsidR="00B77A26" w:rsidRPr="007140DE" w14:paraId="74B31377" w14:textId="77777777" w:rsidTr="00DB0845">
        <w:tc>
          <w:tcPr>
            <w:tcW w:w="4885" w:type="dxa"/>
            <w:tcMar>
              <w:top w:w="40" w:type="dxa"/>
              <w:bottom w:w="40" w:type="dxa"/>
            </w:tcMar>
            <w:vAlign w:val="center"/>
          </w:tcPr>
          <w:p w14:paraId="396A9C14" w14:textId="77777777" w:rsidR="00B77A26" w:rsidRPr="007140DE" w:rsidRDefault="00B77A26" w:rsidP="00DB0845">
            <w:pPr>
              <w:spacing w:before="240"/>
              <w:rPr>
                <w:rFonts w:ascii="Verdana" w:hAnsi="Verdana"/>
              </w:rPr>
            </w:pPr>
          </w:p>
        </w:tc>
        <w:tc>
          <w:tcPr>
            <w:tcW w:w="4886" w:type="dxa"/>
            <w:tcMar>
              <w:top w:w="40" w:type="dxa"/>
              <w:bottom w:w="40" w:type="dxa"/>
            </w:tcMar>
            <w:vAlign w:val="center"/>
          </w:tcPr>
          <w:p w14:paraId="49F26FAD" w14:textId="77777777" w:rsidR="00B77A26" w:rsidRPr="007140DE" w:rsidRDefault="00B77A26" w:rsidP="00DB0845">
            <w:pPr>
              <w:spacing w:before="240"/>
              <w:rPr>
                <w:rFonts w:ascii="Verdana" w:hAnsi="Verdana"/>
              </w:rPr>
            </w:pPr>
          </w:p>
        </w:tc>
      </w:tr>
      <w:tr w:rsidR="004665D9" w:rsidRPr="007140DE" w14:paraId="009668AA" w14:textId="77777777" w:rsidTr="00DB0845">
        <w:tc>
          <w:tcPr>
            <w:tcW w:w="4885" w:type="dxa"/>
            <w:tcMar>
              <w:top w:w="40" w:type="dxa"/>
              <w:bottom w:w="40" w:type="dxa"/>
            </w:tcMar>
            <w:vAlign w:val="center"/>
          </w:tcPr>
          <w:p w14:paraId="1BEF5D76" w14:textId="77777777" w:rsidR="004665D9" w:rsidRPr="007140DE" w:rsidRDefault="004665D9" w:rsidP="00DB0845">
            <w:pPr>
              <w:spacing w:before="240"/>
              <w:rPr>
                <w:rFonts w:ascii="Verdana" w:hAnsi="Verdana"/>
              </w:rPr>
            </w:pPr>
          </w:p>
        </w:tc>
        <w:tc>
          <w:tcPr>
            <w:tcW w:w="4886" w:type="dxa"/>
            <w:tcMar>
              <w:top w:w="40" w:type="dxa"/>
              <w:bottom w:w="40" w:type="dxa"/>
            </w:tcMar>
            <w:vAlign w:val="center"/>
          </w:tcPr>
          <w:p w14:paraId="48E126B2" w14:textId="77777777" w:rsidR="004665D9" w:rsidRPr="007140DE" w:rsidRDefault="004665D9" w:rsidP="00DB0845">
            <w:pPr>
              <w:spacing w:before="240"/>
              <w:rPr>
                <w:rFonts w:ascii="Verdana" w:hAnsi="Verdana"/>
              </w:rPr>
            </w:pPr>
          </w:p>
        </w:tc>
      </w:tr>
      <w:tr w:rsidR="004665D9" w:rsidRPr="007140DE" w14:paraId="31F3286B" w14:textId="77777777" w:rsidTr="00DB0845">
        <w:tc>
          <w:tcPr>
            <w:tcW w:w="4885" w:type="dxa"/>
            <w:tcMar>
              <w:top w:w="40" w:type="dxa"/>
              <w:bottom w:w="40" w:type="dxa"/>
            </w:tcMar>
            <w:vAlign w:val="center"/>
          </w:tcPr>
          <w:p w14:paraId="74A4FC2A" w14:textId="77777777" w:rsidR="004665D9" w:rsidRPr="007140DE" w:rsidRDefault="004665D9" w:rsidP="00DB0845">
            <w:pPr>
              <w:spacing w:before="240"/>
              <w:rPr>
                <w:rFonts w:ascii="Verdana" w:hAnsi="Verdana"/>
              </w:rPr>
            </w:pPr>
          </w:p>
        </w:tc>
        <w:tc>
          <w:tcPr>
            <w:tcW w:w="4886" w:type="dxa"/>
            <w:tcMar>
              <w:top w:w="40" w:type="dxa"/>
              <w:bottom w:w="40" w:type="dxa"/>
            </w:tcMar>
            <w:vAlign w:val="center"/>
          </w:tcPr>
          <w:p w14:paraId="786ABD75" w14:textId="77777777" w:rsidR="004665D9" w:rsidRPr="007140DE" w:rsidRDefault="004665D9" w:rsidP="00DB0845">
            <w:pPr>
              <w:spacing w:before="240"/>
              <w:rPr>
                <w:rFonts w:ascii="Verdana" w:hAnsi="Verdana"/>
              </w:rPr>
            </w:pPr>
          </w:p>
        </w:tc>
      </w:tr>
      <w:tr w:rsidR="004665D9" w:rsidRPr="007140DE" w14:paraId="6720548A" w14:textId="77777777" w:rsidTr="00DB0845">
        <w:tc>
          <w:tcPr>
            <w:tcW w:w="4885" w:type="dxa"/>
            <w:tcMar>
              <w:top w:w="40" w:type="dxa"/>
              <w:bottom w:w="40" w:type="dxa"/>
            </w:tcMar>
            <w:vAlign w:val="center"/>
          </w:tcPr>
          <w:p w14:paraId="18412CE3" w14:textId="77777777" w:rsidR="004665D9" w:rsidRPr="007140DE" w:rsidRDefault="004665D9" w:rsidP="00DB0845">
            <w:pPr>
              <w:spacing w:before="240"/>
              <w:rPr>
                <w:rFonts w:ascii="Verdana" w:hAnsi="Verdana"/>
              </w:rPr>
            </w:pPr>
          </w:p>
        </w:tc>
        <w:tc>
          <w:tcPr>
            <w:tcW w:w="4886" w:type="dxa"/>
            <w:tcMar>
              <w:top w:w="40" w:type="dxa"/>
              <w:bottom w:w="40" w:type="dxa"/>
            </w:tcMar>
            <w:vAlign w:val="center"/>
          </w:tcPr>
          <w:p w14:paraId="1763B4EB" w14:textId="77777777" w:rsidR="004665D9" w:rsidRPr="007140DE" w:rsidRDefault="004665D9" w:rsidP="00DB0845">
            <w:pPr>
              <w:spacing w:before="240"/>
              <w:rPr>
                <w:rFonts w:ascii="Verdana" w:hAnsi="Verdana"/>
              </w:rPr>
            </w:pPr>
          </w:p>
        </w:tc>
      </w:tr>
      <w:tr w:rsidR="004665D9" w:rsidRPr="007140DE" w14:paraId="3F062CCA" w14:textId="77777777" w:rsidTr="00DB0845">
        <w:tc>
          <w:tcPr>
            <w:tcW w:w="4885" w:type="dxa"/>
            <w:tcMar>
              <w:top w:w="40" w:type="dxa"/>
              <w:bottom w:w="40" w:type="dxa"/>
            </w:tcMar>
            <w:vAlign w:val="center"/>
          </w:tcPr>
          <w:p w14:paraId="3AEB1D40" w14:textId="77777777" w:rsidR="004665D9" w:rsidRPr="007140DE" w:rsidRDefault="004665D9" w:rsidP="00DB0845">
            <w:pPr>
              <w:spacing w:before="240"/>
              <w:rPr>
                <w:rFonts w:ascii="Verdana" w:hAnsi="Verdana"/>
              </w:rPr>
            </w:pPr>
          </w:p>
        </w:tc>
        <w:tc>
          <w:tcPr>
            <w:tcW w:w="4886" w:type="dxa"/>
            <w:tcMar>
              <w:top w:w="40" w:type="dxa"/>
              <w:bottom w:w="40" w:type="dxa"/>
            </w:tcMar>
            <w:vAlign w:val="center"/>
          </w:tcPr>
          <w:p w14:paraId="68CDECE6" w14:textId="77777777" w:rsidR="004665D9" w:rsidRPr="007140DE" w:rsidRDefault="004665D9" w:rsidP="00DB0845">
            <w:pPr>
              <w:spacing w:before="240"/>
              <w:rPr>
                <w:rFonts w:ascii="Verdana" w:hAnsi="Verdana"/>
              </w:rPr>
            </w:pPr>
          </w:p>
        </w:tc>
      </w:tr>
      <w:tr w:rsidR="004665D9" w:rsidRPr="007140DE" w14:paraId="66D20974" w14:textId="77777777" w:rsidTr="00DB0845">
        <w:tc>
          <w:tcPr>
            <w:tcW w:w="4885" w:type="dxa"/>
            <w:tcMar>
              <w:top w:w="40" w:type="dxa"/>
              <w:bottom w:w="40" w:type="dxa"/>
            </w:tcMar>
            <w:vAlign w:val="center"/>
          </w:tcPr>
          <w:p w14:paraId="77E8AB87" w14:textId="77777777" w:rsidR="004665D9" w:rsidRPr="007140DE" w:rsidRDefault="004665D9" w:rsidP="00DB0845">
            <w:pPr>
              <w:spacing w:before="240"/>
              <w:rPr>
                <w:rFonts w:ascii="Verdana" w:hAnsi="Verdana"/>
              </w:rPr>
            </w:pPr>
          </w:p>
        </w:tc>
        <w:tc>
          <w:tcPr>
            <w:tcW w:w="4886" w:type="dxa"/>
            <w:tcMar>
              <w:top w:w="40" w:type="dxa"/>
              <w:bottom w:w="40" w:type="dxa"/>
            </w:tcMar>
            <w:vAlign w:val="center"/>
          </w:tcPr>
          <w:p w14:paraId="340960C4" w14:textId="77777777" w:rsidR="004665D9" w:rsidRPr="007140DE" w:rsidRDefault="004665D9" w:rsidP="00DB0845">
            <w:pPr>
              <w:spacing w:before="240"/>
              <w:rPr>
                <w:rFonts w:ascii="Verdana" w:hAnsi="Verdana"/>
              </w:rPr>
            </w:pPr>
          </w:p>
        </w:tc>
      </w:tr>
      <w:tr w:rsidR="004665D9" w:rsidRPr="007140DE" w14:paraId="55A4DBB9" w14:textId="77777777" w:rsidTr="00DB0845">
        <w:tc>
          <w:tcPr>
            <w:tcW w:w="4885" w:type="dxa"/>
            <w:tcMar>
              <w:top w:w="40" w:type="dxa"/>
              <w:bottom w:w="40" w:type="dxa"/>
            </w:tcMar>
            <w:vAlign w:val="center"/>
          </w:tcPr>
          <w:p w14:paraId="75E826A3" w14:textId="77777777" w:rsidR="004665D9" w:rsidRPr="007140DE" w:rsidRDefault="004665D9" w:rsidP="00DB0845">
            <w:pPr>
              <w:spacing w:before="240"/>
              <w:rPr>
                <w:rFonts w:ascii="Verdana" w:hAnsi="Verdana"/>
              </w:rPr>
            </w:pPr>
          </w:p>
        </w:tc>
        <w:tc>
          <w:tcPr>
            <w:tcW w:w="4886" w:type="dxa"/>
            <w:tcMar>
              <w:top w:w="40" w:type="dxa"/>
              <w:bottom w:w="40" w:type="dxa"/>
            </w:tcMar>
            <w:vAlign w:val="center"/>
          </w:tcPr>
          <w:p w14:paraId="661F30ED" w14:textId="77777777" w:rsidR="004665D9" w:rsidRPr="007140DE" w:rsidRDefault="004665D9" w:rsidP="00DB0845">
            <w:pPr>
              <w:spacing w:before="240"/>
              <w:rPr>
                <w:rFonts w:ascii="Verdana" w:hAnsi="Verdana"/>
              </w:rPr>
            </w:pPr>
          </w:p>
        </w:tc>
      </w:tr>
      <w:tr w:rsidR="004665D9" w:rsidRPr="007140DE" w14:paraId="20CAF2FB" w14:textId="77777777" w:rsidTr="00DB0845">
        <w:tc>
          <w:tcPr>
            <w:tcW w:w="4885" w:type="dxa"/>
            <w:tcMar>
              <w:top w:w="40" w:type="dxa"/>
              <w:bottom w:w="40" w:type="dxa"/>
            </w:tcMar>
            <w:vAlign w:val="center"/>
          </w:tcPr>
          <w:p w14:paraId="1EF26699" w14:textId="77777777" w:rsidR="004665D9" w:rsidRPr="007140DE" w:rsidRDefault="004665D9" w:rsidP="00DB0845">
            <w:pPr>
              <w:spacing w:before="240"/>
              <w:rPr>
                <w:rFonts w:ascii="Verdana" w:hAnsi="Verdana"/>
              </w:rPr>
            </w:pPr>
          </w:p>
        </w:tc>
        <w:tc>
          <w:tcPr>
            <w:tcW w:w="4886" w:type="dxa"/>
            <w:tcMar>
              <w:top w:w="40" w:type="dxa"/>
              <w:bottom w:w="40" w:type="dxa"/>
            </w:tcMar>
            <w:vAlign w:val="center"/>
          </w:tcPr>
          <w:p w14:paraId="5456CB88" w14:textId="77777777" w:rsidR="004665D9" w:rsidRPr="007140DE" w:rsidRDefault="004665D9" w:rsidP="00DB0845">
            <w:pPr>
              <w:spacing w:before="240"/>
              <w:rPr>
                <w:rFonts w:ascii="Verdana" w:hAnsi="Verdana"/>
              </w:rPr>
            </w:pPr>
          </w:p>
        </w:tc>
      </w:tr>
      <w:tr w:rsidR="004665D9" w:rsidRPr="007140DE" w14:paraId="701E8B67" w14:textId="77777777" w:rsidTr="00DB0845">
        <w:tc>
          <w:tcPr>
            <w:tcW w:w="4885" w:type="dxa"/>
            <w:tcMar>
              <w:top w:w="40" w:type="dxa"/>
              <w:bottom w:w="40" w:type="dxa"/>
            </w:tcMar>
            <w:vAlign w:val="center"/>
          </w:tcPr>
          <w:p w14:paraId="03A7F32B" w14:textId="77777777" w:rsidR="004665D9" w:rsidRPr="007140DE" w:rsidRDefault="004665D9" w:rsidP="00DB0845">
            <w:pPr>
              <w:spacing w:before="240"/>
              <w:rPr>
                <w:rFonts w:ascii="Verdana" w:hAnsi="Verdana"/>
              </w:rPr>
            </w:pPr>
          </w:p>
        </w:tc>
        <w:tc>
          <w:tcPr>
            <w:tcW w:w="4886" w:type="dxa"/>
            <w:tcMar>
              <w:top w:w="40" w:type="dxa"/>
              <w:bottom w:w="40" w:type="dxa"/>
            </w:tcMar>
            <w:vAlign w:val="center"/>
          </w:tcPr>
          <w:p w14:paraId="5D285A56" w14:textId="77777777" w:rsidR="004665D9" w:rsidRPr="007140DE" w:rsidRDefault="004665D9" w:rsidP="00DB0845">
            <w:pPr>
              <w:spacing w:before="240"/>
              <w:rPr>
                <w:rFonts w:ascii="Verdana" w:hAnsi="Verdana"/>
              </w:rPr>
            </w:pPr>
          </w:p>
        </w:tc>
      </w:tr>
      <w:tr w:rsidR="004665D9" w:rsidRPr="007140DE" w14:paraId="3F66C1D3" w14:textId="77777777" w:rsidTr="00DB0845">
        <w:tc>
          <w:tcPr>
            <w:tcW w:w="4885" w:type="dxa"/>
            <w:tcMar>
              <w:top w:w="40" w:type="dxa"/>
              <w:bottom w:w="40" w:type="dxa"/>
            </w:tcMar>
            <w:vAlign w:val="center"/>
          </w:tcPr>
          <w:p w14:paraId="368B3BA8" w14:textId="77777777" w:rsidR="004665D9" w:rsidRPr="007140DE" w:rsidRDefault="004665D9" w:rsidP="00DB0845">
            <w:pPr>
              <w:spacing w:before="240"/>
              <w:rPr>
                <w:rFonts w:ascii="Verdana" w:hAnsi="Verdana"/>
              </w:rPr>
            </w:pPr>
          </w:p>
        </w:tc>
        <w:tc>
          <w:tcPr>
            <w:tcW w:w="4886" w:type="dxa"/>
            <w:tcMar>
              <w:top w:w="40" w:type="dxa"/>
              <w:bottom w:w="40" w:type="dxa"/>
            </w:tcMar>
            <w:vAlign w:val="center"/>
          </w:tcPr>
          <w:p w14:paraId="167C737A" w14:textId="77777777" w:rsidR="004665D9" w:rsidRPr="007140DE" w:rsidRDefault="004665D9" w:rsidP="00DB0845">
            <w:pPr>
              <w:spacing w:before="240"/>
              <w:rPr>
                <w:rFonts w:ascii="Verdana" w:hAnsi="Verdana"/>
              </w:rPr>
            </w:pPr>
          </w:p>
        </w:tc>
      </w:tr>
      <w:tr w:rsidR="004665D9" w:rsidRPr="007140DE" w14:paraId="0C02B615" w14:textId="77777777" w:rsidTr="00DB0845">
        <w:tc>
          <w:tcPr>
            <w:tcW w:w="4885" w:type="dxa"/>
            <w:tcMar>
              <w:top w:w="40" w:type="dxa"/>
              <w:bottom w:w="40" w:type="dxa"/>
            </w:tcMar>
            <w:vAlign w:val="center"/>
          </w:tcPr>
          <w:p w14:paraId="4EA256F3" w14:textId="77777777" w:rsidR="004665D9" w:rsidRPr="007140DE" w:rsidRDefault="004665D9" w:rsidP="00DB0845">
            <w:pPr>
              <w:spacing w:before="240"/>
              <w:rPr>
                <w:rFonts w:ascii="Verdana" w:hAnsi="Verdana"/>
              </w:rPr>
            </w:pPr>
          </w:p>
        </w:tc>
        <w:tc>
          <w:tcPr>
            <w:tcW w:w="4886" w:type="dxa"/>
            <w:tcMar>
              <w:top w:w="40" w:type="dxa"/>
              <w:bottom w:w="40" w:type="dxa"/>
            </w:tcMar>
            <w:vAlign w:val="center"/>
          </w:tcPr>
          <w:p w14:paraId="44EE7B73" w14:textId="77777777" w:rsidR="004665D9" w:rsidRPr="007140DE" w:rsidRDefault="004665D9" w:rsidP="00DB0845">
            <w:pPr>
              <w:spacing w:before="240"/>
              <w:rPr>
                <w:rFonts w:ascii="Verdana" w:hAnsi="Verdana"/>
              </w:rPr>
            </w:pPr>
          </w:p>
        </w:tc>
      </w:tr>
      <w:tr w:rsidR="004665D9" w:rsidRPr="007140DE" w14:paraId="68354F6D" w14:textId="77777777" w:rsidTr="00DB0845">
        <w:tc>
          <w:tcPr>
            <w:tcW w:w="4885" w:type="dxa"/>
            <w:tcMar>
              <w:top w:w="40" w:type="dxa"/>
              <w:bottom w:w="40" w:type="dxa"/>
            </w:tcMar>
            <w:vAlign w:val="center"/>
          </w:tcPr>
          <w:p w14:paraId="323BBB5A" w14:textId="77777777" w:rsidR="004665D9" w:rsidRPr="007140DE" w:rsidRDefault="004665D9" w:rsidP="00DB0845">
            <w:pPr>
              <w:spacing w:before="240"/>
              <w:rPr>
                <w:rFonts w:ascii="Verdana" w:hAnsi="Verdana"/>
              </w:rPr>
            </w:pPr>
          </w:p>
        </w:tc>
        <w:tc>
          <w:tcPr>
            <w:tcW w:w="4886" w:type="dxa"/>
            <w:tcMar>
              <w:top w:w="40" w:type="dxa"/>
              <w:bottom w:w="40" w:type="dxa"/>
            </w:tcMar>
            <w:vAlign w:val="center"/>
          </w:tcPr>
          <w:p w14:paraId="388F301B" w14:textId="77777777" w:rsidR="004665D9" w:rsidRPr="007140DE" w:rsidRDefault="004665D9" w:rsidP="00DB0845">
            <w:pPr>
              <w:spacing w:before="240"/>
              <w:rPr>
                <w:rFonts w:ascii="Verdana" w:hAnsi="Verdana"/>
              </w:rPr>
            </w:pPr>
          </w:p>
        </w:tc>
      </w:tr>
    </w:tbl>
    <w:p w14:paraId="14FEB159" w14:textId="77777777" w:rsidR="00B77A26" w:rsidRPr="007140DE" w:rsidRDefault="00B77A26" w:rsidP="00B77A26">
      <w:pPr>
        <w:spacing w:before="240" w:after="0"/>
        <w:rPr>
          <w:rFonts w:ascii="Verdana" w:hAnsi="Verdana"/>
        </w:rPr>
      </w:pPr>
    </w:p>
    <w:p w14:paraId="352B171E" w14:textId="77777777" w:rsidR="00E4637A" w:rsidRPr="007140DE" w:rsidRDefault="00E4637A" w:rsidP="000E3874">
      <w:pPr>
        <w:jc w:val="both"/>
        <w:rPr>
          <w:rFonts w:ascii="Verdana" w:hAnsi="Verdana"/>
          <w:b/>
          <w:color w:val="3A6168"/>
          <w:lang w:val="es-ES_tradnl"/>
        </w:rPr>
      </w:pPr>
    </w:p>
    <w:sectPr w:rsidR="00E4637A" w:rsidRPr="007140DE" w:rsidSect="00FF48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083" w:right="616" w:bottom="1440" w:left="144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0C34F2" w14:textId="77777777" w:rsidR="00B10DA4" w:rsidRDefault="00B10DA4">
      <w:pPr>
        <w:spacing w:after="0" w:line="240" w:lineRule="auto"/>
      </w:pPr>
      <w:r>
        <w:separator/>
      </w:r>
    </w:p>
  </w:endnote>
  <w:endnote w:type="continuationSeparator" w:id="0">
    <w:p w14:paraId="5AA16249" w14:textId="77777777" w:rsidR="00B10DA4" w:rsidRDefault="00B10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2A086" w14:textId="77777777" w:rsidR="00823D21" w:rsidRDefault="00823D2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794B3" w14:textId="77777777" w:rsidR="0032264F" w:rsidRDefault="000D0526">
    <w:pPr>
      <w:pStyle w:val="Piedepgina"/>
    </w:pPr>
    <w:r>
      <w:rPr>
        <w:rFonts w:ascii="Verdana" w:hAnsi="Verdana"/>
        <w:b/>
        <w:noProof/>
        <w:color w:val="3A6168"/>
        <w:lang w:val="es-ES" w:eastAsia="es-ES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72AE280F" wp14:editId="1E43CDCC">
              <wp:simplePos x="0" y="0"/>
              <wp:positionH relativeFrom="column">
                <wp:posOffset>-895350</wp:posOffset>
              </wp:positionH>
              <wp:positionV relativeFrom="paragraph">
                <wp:posOffset>31750</wp:posOffset>
              </wp:positionV>
              <wp:extent cx="7724775" cy="0"/>
              <wp:effectExtent l="0" t="19050" r="28575" b="19050"/>
              <wp:wrapNone/>
              <wp:docPr id="79" name="Conector recto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247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88D53D" id="Conector recto 79" o:spid="_x0000_s1026" style="position:absolute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5pt,2.5pt" to="537.7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" strokecolor="#d8d8d8 [2732]" strokeweight="2.25pt"/>
          </w:pict>
        </mc:Fallback>
      </mc:AlternateContent>
    </w:r>
    <w:r w:rsidR="00C10299">
      <w:rPr>
        <w:noProof/>
        <w:lang w:val="es-ES" w:eastAsia="es-ES"/>
      </w:rPr>
      <w:drawing>
        <wp:anchor distT="0" distB="0" distL="114300" distR="114300" simplePos="0" relativeHeight="251668992" behindDoc="0" locked="0" layoutInCell="1" allowOverlap="1" wp14:anchorId="74AEA53C" wp14:editId="6B05D5D2">
          <wp:simplePos x="0" y="0"/>
          <wp:positionH relativeFrom="column">
            <wp:posOffset>2016760</wp:posOffset>
          </wp:positionH>
          <wp:positionV relativeFrom="paragraph">
            <wp:posOffset>159385</wp:posOffset>
          </wp:positionV>
          <wp:extent cx="793115" cy="149225"/>
          <wp:effectExtent l="0" t="0" r="6985" b="3175"/>
          <wp:wrapNone/>
          <wp:docPr id="8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y_s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115" cy="149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0" w:type="auto"/>
      <w:tblInd w:w="-743" w:type="dxa"/>
      <w:tblLook w:val="04A0" w:firstRow="1" w:lastRow="0" w:firstColumn="1" w:lastColumn="0" w:noHBand="0" w:noVBand="1"/>
    </w:tblPr>
    <w:tblGrid>
      <w:gridCol w:w="4253"/>
      <w:gridCol w:w="2897"/>
      <w:gridCol w:w="3080"/>
    </w:tblGrid>
    <w:tr w:rsidR="0032264F" w14:paraId="0478AF34" w14:textId="77777777" w:rsidTr="00C10299">
      <w:tc>
        <w:tcPr>
          <w:tcW w:w="4253" w:type="dxa"/>
        </w:tcPr>
        <w:p w14:paraId="03604736" w14:textId="337F22AB" w:rsidR="0032264F" w:rsidRPr="00C10299" w:rsidRDefault="007F769D">
          <w:pPr>
            <w:rPr>
              <w:lang w:val="es-ES_tradnl"/>
            </w:rPr>
          </w:pPr>
          <w:r>
            <w:rPr>
              <w:rFonts w:ascii="Verdana" w:hAnsi="Verdana"/>
              <w:color w:val="3A6168"/>
              <w:sz w:val="18"/>
              <w:lang w:val="es-ES_tradnl"/>
            </w:rPr>
            <w:t>María Rodríguez Izquierdo</w:t>
          </w:r>
          <w:r w:rsidR="00D03C09" w:rsidRPr="00C10299">
            <w:rPr>
              <w:rFonts w:ascii="Verdana" w:hAnsi="Verdana"/>
              <w:color w:val="3A6168"/>
              <w:sz w:val="18"/>
              <w:lang w:val="es-ES_tradnl"/>
            </w:rPr>
            <w:t>. C</w:t>
          </w:r>
          <w:r>
            <w:rPr>
              <w:rFonts w:ascii="Verdana" w:hAnsi="Verdana"/>
              <w:color w:val="3A6168"/>
              <w:sz w:val="18"/>
              <w:lang w:val="es-ES_tradnl"/>
            </w:rPr>
            <w:t>EA Infante</w:t>
          </w:r>
          <w:r w:rsidR="00D03C09" w:rsidRPr="00C10299">
            <w:rPr>
              <w:rFonts w:ascii="Verdana" w:hAnsi="Verdana"/>
              <w:color w:val="3A6168"/>
              <w:sz w:val="18"/>
              <w:lang w:val="es-ES_tradnl"/>
            </w:rPr>
            <w:t xml:space="preserve"> </w:t>
          </w:r>
        </w:p>
      </w:tc>
      <w:tc>
        <w:tcPr>
          <w:tcW w:w="2897" w:type="dxa"/>
        </w:tcPr>
        <w:p w14:paraId="1F988E3A" w14:textId="77777777" w:rsidR="0032264F" w:rsidRDefault="0032264F"/>
      </w:tc>
      <w:tc>
        <w:tcPr>
          <w:tcW w:w="3080" w:type="dxa"/>
        </w:tcPr>
        <w:p w14:paraId="3A9515F8" w14:textId="77777777" w:rsidR="0032264F" w:rsidRDefault="000D0526">
          <w:pPr>
            <w:jc w:val="right"/>
          </w:pPr>
          <w:r w:rsidRPr="000D0526">
            <w:rPr>
              <w:rFonts w:ascii="Verdana" w:hAnsi="Verdana"/>
              <w:color w:val="3A6168"/>
              <w:sz w:val="18"/>
            </w:rPr>
            <w:fldChar w:fldCharType="begin"/>
          </w:r>
          <w:r w:rsidRPr="000D0526">
            <w:rPr>
              <w:rFonts w:ascii="Verdana" w:hAnsi="Verdana"/>
              <w:color w:val="3A6168"/>
              <w:sz w:val="18"/>
            </w:rPr>
            <w:instrText>PAGE   \* MERGEFORMAT</w:instrText>
          </w:r>
          <w:r w:rsidRPr="000D0526">
            <w:rPr>
              <w:rFonts w:ascii="Verdana" w:hAnsi="Verdana"/>
              <w:color w:val="3A6168"/>
              <w:sz w:val="18"/>
            </w:rPr>
            <w:fldChar w:fldCharType="separate"/>
          </w:r>
          <w:r w:rsidR="00C271E0" w:rsidRPr="00C271E0">
            <w:rPr>
              <w:rFonts w:ascii="Verdana" w:hAnsi="Verdana"/>
              <w:noProof/>
              <w:color w:val="3A6168"/>
              <w:sz w:val="18"/>
              <w:lang w:val="es-ES"/>
            </w:rPr>
            <w:t>8</w:t>
          </w:r>
          <w:r w:rsidRPr="000D0526">
            <w:rPr>
              <w:rFonts w:ascii="Verdana" w:hAnsi="Verdana"/>
              <w:color w:val="3A6168"/>
              <w:sz w:val="18"/>
            </w:rPr>
            <w:fldChar w:fldCharType="end"/>
          </w:r>
          <w:r w:rsidR="00D03C09">
            <w:rPr>
              <w:rFonts w:ascii="Verdana" w:hAnsi="Verdana"/>
              <w:color w:val="3A6168"/>
              <w:sz w:val="18"/>
            </w:rPr>
            <w:t xml:space="preserve"> </w:t>
          </w: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2605F" w14:textId="77777777" w:rsidR="00823D21" w:rsidRDefault="00823D2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8A53B3" w14:textId="77777777" w:rsidR="00B10DA4" w:rsidRDefault="00B10DA4">
      <w:pPr>
        <w:spacing w:after="0" w:line="240" w:lineRule="auto"/>
      </w:pPr>
      <w:r>
        <w:separator/>
      </w:r>
    </w:p>
  </w:footnote>
  <w:footnote w:type="continuationSeparator" w:id="0">
    <w:p w14:paraId="3DCBA24F" w14:textId="77777777" w:rsidR="00B10DA4" w:rsidRDefault="00B10D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F134E" w14:textId="77777777" w:rsidR="00823D21" w:rsidRDefault="00823D2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761C5" w14:textId="454E4EDF" w:rsidR="0032264F" w:rsidRDefault="002E3A9F" w:rsidP="00C10299">
    <w:pPr>
      <w:pStyle w:val="Encabezado"/>
      <w:ind w:left="-1418"/>
      <w:jc w:val="center"/>
    </w:pPr>
    <w:r>
      <w:rPr>
        <w:noProof/>
        <w:lang w:val="es-ES" w:eastAsia="es-ES"/>
      </w:rPr>
      <w:drawing>
        <wp:anchor distT="0" distB="0" distL="114300" distR="114300" simplePos="0" relativeHeight="251652608" behindDoc="1" locked="0" layoutInCell="1" allowOverlap="1" wp14:anchorId="301A3282" wp14:editId="7AF20F54">
          <wp:simplePos x="0" y="0"/>
          <wp:positionH relativeFrom="column">
            <wp:posOffset>-1111250</wp:posOffset>
          </wp:positionH>
          <wp:positionV relativeFrom="paragraph">
            <wp:posOffset>-1249680</wp:posOffset>
          </wp:positionV>
          <wp:extent cx="8686800" cy="11241405"/>
          <wp:effectExtent l="0" t="0" r="0" b="0"/>
          <wp:wrapNone/>
          <wp:docPr id="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o_Sabe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0" cy="11241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48F2">
      <w:rPr>
        <w:rFonts w:ascii="Verdana" w:hAnsi="Verdana"/>
        <w:b/>
        <w:noProof/>
        <w:color w:val="3A6168"/>
        <w:lang w:val="es-ES" w:eastAsia="es-ES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5C9F007A" wp14:editId="6F0A6982">
              <wp:simplePos x="0" y="0"/>
              <wp:positionH relativeFrom="column">
                <wp:posOffset>-895350</wp:posOffset>
              </wp:positionH>
              <wp:positionV relativeFrom="paragraph">
                <wp:posOffset>815340</wp:posOffset>
              </wp:positionV>
              <wp:extent cx="7724775" cy="0"/>
              <wp:effectExtent l="0" t="19050" r="28575" b="19050"/>
              <wp:wrapNone/>
              <wp:docPr id="77" name="Conector recto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247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B8A4AE" id="Conector recto 77" o:spid="_x0000_s1026" style="position:absolute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5pt,64.2pt" to="537.75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" strokecolor="#d8d8d8 [2732]" strokeweight="2.25pt"/>
          </w:pict>
        </mc:Fallback>
      </mc:AlternateContent>
    </w:r>
    <w:r w:rsidR="000D0526">
      <w:rPr>
        <w:rFonts w:ascii="Verdana" w:hAnsi="Verdana"/>
        <w:b/>
        <w:noProof/>
        <w:color w:val="3A6168"/>
        <w:lang w:val="es-ES" w:eastAsia="es-ES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0DD1F8BC" wp14:editId="4B40020A">
              <wp:simplePos x="0" y="0"/>
              <wp:positionH relativeFrom="column">
                <wp:posOffset>-914400</wp:posOffset>
              </wp:positionH>
              <wp:positionV relativeFrom="paragraph">
                <wp:posOffset>-1184910</wp:posOffset>
              </wp:positionV>
              <wp:extent cx="7724775" cy="0"/>
              <wp:effectExtent l="0" t="19050" r="28575" b="19050"/>
              <wp:wrapNone/>
              <wp:docPr id="78" name="Conector recto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247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C61302" id="Conector recto 78" o:spid="_x0000_s1026" style="position:absolute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in,-93.3pt" to="536.25pt,-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" strokecolor="#d8d8d8 [2732]" strokeweight="2.25pt"/>
          </w:pict>
        </mc:Fallback>
      </mc:AlternateContent>
    </w:r>
  </w:p>
  <w:tbl>
    <w:tblPr>
      <w:tblW w:w="0" w:type="auto"/>
      <w:tblInd w:w="-885" w:type="dxa"/>
      <w:tblBorders>
        <w:bottom w:val="single" w:sz="12" w:space="0" w:color="auto"/>
      </w:tblBorders>
      <w:tblLook w:val="04A0" w:firstRow="1" w:lastRow="0" w:firstColumn="1" w:lastColumn="0" w:noHBand="0" w:noVBand="1"/>
    </w:tblPr>
    <w:tblGrid>
      <w:gridCol w:w="5955"/>
      <w:gridCol w:w="5105"/>
    </w:tblGrid>
    <w:tr w:rsidR="0032264F" w14:paraId="3156F135" w14:textId="77777777" w:rsidTr="000D0526">
      <w:trPr>
        <w:trHeight w:val="585"/>
      </w:trPr>
      <w:tc>
        <w:tcPr>
          <w:tcW w:w="5955" w:type="dxa"/>
          <w:tcBorders>
            <w:bottom w:val="nil"/>
          </w:tcBorders>
        </w:tcPr>
        <w:p w14:paraId="169E74E2" w14:textId="5F85E9DE" w:rsidR="0032264F" w:rsidRPr="00C10299" w:rsidRDefault="00823D21" w:rsidP="00C10299">
          <w:pPr>
            <w:ind w:right="318"/>
            <w:rPr>
              <w:b/>
              <w:lang w:val="es-ES_tradnl"/>
            </w:rPr>
          </w:pPr>
          <w:r>
            <w:rPr>
              <w:rFonts w:ascii="Verdana" w:hAnsi="Verdana"/>
              <w:b/>
              <w:color w:val="3A6168"/>
              <w:lang w:val="es-ES_tradnl"/>
            </w:rPr>
            <w:t xml:space="preserve">REA: </w:t>
          </w:r>
          <w:r w:rsidR="007F769D">
            <w:rPr>
              <w:rFonts w:ascii="Verdana" w:hAnsi="Verdana"/>
              <w:b/>
              <w:color w:val="3A6168"/>
              <w:lang w:val="es-ES_tradnl"/>
            </w:rPr>
            <w:t>La entrevista de trabajo</w:t>
          </w:r>
        </w:p>
      </w:tc>
      <w:tc>
        <w:tcPr>
          <w:tcW w:w="5105" w:type="dxa"/>
          <w:tcBorders>
            <w:bottom w:val="nil"/>
          </w:tcBorders>
        </w:tcPr>
        <w:p w14:paraId="57F6C7AC" w14:textId="77777777" w:rsidR="0032264F" w:rsidRDefault="00C10299">
          <w:pPr>
            <w:jc w:val="right"/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62848" behindDoc="1" locked="0" layoutInCell="1" allowOverlap="1" wp14:anchorId="299A3B5C" wp14:editId="1CE412B7">
                <wp:simplePos x="0" y="0"/>
                <wp:positionH relativeFrom="column">
                  <wp:posOffset>447676</wp:posOffset>
                </wp:positionH>
                <wp:positionV relativeFrom="paragraph">
                  <wp:posOffset>-28575</wp:posOffset>
                </wp:positionV>
                <wp:extent cx="2428874" cy="388620"/>
                <wp:effectExtent l="0" t="0" r="0" b="0"/>
                <wp:wrapNone/>
                <wp:docPr id="84" name="Imagen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-rearm-h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1840" cy="401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22A8D" w14:textId="77777777" w:rsidR="00823D21" w:rsidRDefault="00823D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FE3517"/>
    <w:multiLevelType w:val="hybridMultilevel"/>
    <w:tmpl w:val="8E6891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DF5B47"/>
    <w:multiLevelType w:val="hybridMultilevel"/>
    <w:tmpl w:val="DEC60F9C"/>
    <w:lvl w:ilvl="0" w:tplc="0C0A000F">
      <w:start w:val="1"/>
      <w:numFmt w:val="decimal"/>
      <w:lvlText w:val="%1."/>
      <w:lvlJc w:val="left"/>
      <w:pPr>
        <w:ind w:left="862" w:hanging="360"/>
      </w:p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241D1839"/>
    <w:multiLevelType w:val="hybridMultilevel"/>
    <w:tmpl w:val="02A85D24"/>
    <w:lvl w:ilvl="0" w:tplc="4B78BC0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E291171"/>
    <w:multiLevelType w:val="hybridMultilevel"/>
    <w:tmpl w:val="373E9AC2"/>
    <w:lvl w:ilvl="0" w:tplc="DEBC8C4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FD94D90"/>
    <w:multiLevelType w:val="hybridMultilevel"/>
    <w:tmpl w:val="19566C02"/>
    <w:lvl w:ilvl="0" w:tplc="260014F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6479A"/>
    <w:multiLevelType w:val="hybridMultilevel"/>
    <w:tmpl w:val="972854C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166802"/>
    <w:multiLevelType w:val="hybridMultilevel"/>
    <w:tmpl w:val="B46867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114FE1"/>
    <w:multiLevelType w:val="hybridMultilevel"/>
    <w:tmpl w:val="A7B2FFBA"/>
    <w:lvl w:ilvl="0" w:tplc="A3B0FF5A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7" w15:restartNumberingAfterBreak="0">
    <w:nsid w:val="48703C0D"/>
    <w:multiLevelType w:val="hybridMultilevel"/>
    <w:tmpl w:val="0C4E72DA"/>
    <w:lvl w:ilvl="0" w:tplc="0C0A000F">
      <w:start w:val="1"/>
      <w:numFmt w:val="decimal"/>
      <w:lvlText w:val="%1."/>
      <w:lvlJc w:val="left"/>
      <w:pPr>
        <w:ind w:left="1582" w:hanging="360"/>
      </w:pPr>
    </w:lvl>
    <w:lvl w:ilvl="1" w:tplc="0C0A0019" w:tentative="1">
      <w:start w:val="1"/>
      <w:numFmt w:val="lowerLetter"/>
      <w:lvlText w:val="%2."/>
      <w:lvlJc w:val="left"/>
      <w:pPr>
        <w:ind w:left="2302" w:hanging="360"/>
      </w:pPr>
    </w:lvl>
    <w:lvl w:ilvl="2" w:tplc="0C0A001B" w:tentative="1">
      <w:start w:val="1"/>
      <w:numFmt w:val="lowerRoman"/>
      <w:lvlText w:val="%3."/>
      <w:lvlJc w:val="right"/>
      <w:pPr>
        <w:ind w:left="3022" w:hanging="180"/>
      </w:pPr>
    </w:lvl>
    <w:lvl w:ilvl="3" w:tplc="0C0A000F" w:tentative="1">
      <w:start w:val="1"/>
      <w:numFmt w:val="decimal"/>
      <w:lvlText w:val="%4."/>
      <w:lvlJc w:val="left"/>
      <w:pPr>
        <w:ind w:left="3742" w:hanging="360"/>
      </w:pPr>
    </w:lvl>
    <w:lvl w:ilvl="4" w:tplc="0C0A0019" w:tentative="1">
      <w:start w:val="1"/>
      <w:numFmt w:val="lowerLetter"/>
      <w:lvlText w:val="%5."/>
      <w:lvlJc w:val="left"/>
      <w:pPr>
        <w:ind w:left="4462" w:hanging="360"/>
      </w:pPr>
    </w:lvl>
    <w:lvl w:ilvl="5" w:tplc="0C0A001B" w:tentative="1">
      <w:start w:val="1"/>
      <w:numFmt w:val="lowerRoman"/>
      <w:lvlText w:val="%6."/>
      <w:lvlJc w:val="right"/>
      <w:pPr>
        <w:ind w:left="5182" w:hanging="180"/>
      </w:pPr>
    </w:lvl>
    <w:lvl w:ilvl="6" w:tplc="0C0A000F" w:tentative="1">
      <w:start w:val="1"/>
      <w:numFmt w:val="decimal"/>
      <w:lvlText w:val="%7."/>
      <w:lvlJc w:val="left"/>
      <w:pPr>
        <w:ind w:left="5902" w:hanging="360"/>
      </w:pPr>
    </w:lvl>
    <w:lvl w:ilvl="7" w:tplc="0C0A0019" w:tentative="1">
      <w:start w:val="1"/>
      <w:numFmt w:val="lowerLetter"/>
      <w:lvlText w:val="%8."/>
      <w:lvlJc w:val="left"/>
      <w:pPr>
        <w:ind w:left="6622" w:hanging="360"/>
      </w:pPr>
    </w:lvl>
    <w:lvl w:ilvl="8" w:tplc="0C0A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18" w15:restartNumberingAfterBreak="0">
    <w:nsid w:val="48A93A30"/>
    <w:multiLevelType w:val="hybridMultilevel"/>
    <w:tmpl w:val="204A0B6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8E13C0"/>
    <w:multiLevelType w:val="hybridMultilevel"/>
    <w:tmpl w:val="4AA85C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6A31EC"/>
    <w:multiLevelType w:val="hybridMultilevel"/>
    <w:tmpl w:val="B3E607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1830361">
    <w:abstractNumId w:val="8"/>
  </w:num>
  <w:num w:numId="2" w16cid:durableId="275601740">
    <w:abstractNumId w:val="6"/>
  </w:num>
  <w:num w:numId="3" w16cid:durableId="1792897308">
    <w:abstractNumId w:val="5"/>
  </w:num>
  <w:num w:numId="4" w16cid:durableId="1691028761">
    <w:abstractNumId w:val="4"/>
  </w:num>
  <w:num w:numId="5" w16cid:durableId="1549998837">
    <w:abstractNumId w:val="7"/>
  </w:num>
  <w:num w:numId="6" w16cid:durableId="212549668">
    <w:abstractNumId w:val="3"/>
  </w:num>
  <w:num w:numId="7" w16cid:durableId="1306818796">
    <w:abstractNumId w:val="2"/>
  </w:num>
  <w:num w:numId="8" w16cid:durableId="1899243912">
    <w:abstractNumId w:val="1"/>
  </w:num>
  <w:num w:numId="9" w16cid:durableId="1311593000">
    <w:abstractNumId w:val="0"/>
  </w:num>
  <w:num w:numId="10" w16cid:durableId="1470977358">
    <w:abstractNumId w:val="14"/>
  </w:num>
  <w:num w:numId="11" w16cid:durableId="1919441348">
    <w:abstractNumId w:val="12"/>
  </w:num>
  <w:num w:numId="12" w16cid:durableId="1305306447">
    <w:abstractNumId w:val="11"/>
  </w:num>
  <w:num w:numId="13" w16cid:durableId="1476337720">
    <w:abstractNumId w:val="13"/>
  </w:num>
  <w:num w:numId="14" w16cid:durableId="160971324">
    <w:abstractNumId w:val="9"/>
  </w:num>
  <w:num w:numId="15" w16cid:durableId="2100251565">
    <w:abstractNumId w:val="20"/>
  </w:num>
  <w:num w:numId="16" w16cid:durableId="275790117">
    <w:abstractNumId w:val="10"/>
  </w:num>
  <w:num w:numId="17" w16cid:durableId="1069772378">
    <w:abstractNumId w:val="19"/>
  </w:num>
  <w:num w:numId="18" w16cid:durableId="691348232">
    <w:abstractNumId w:val="18"/>
  </w:num>
  <w:num w:numId="19" w16cid:durableId="1418478005">
    <w:abstractNumId w:val="15"/>
  </w:num>
  <w:num w:numId="20" w16cid:durableId="1604921000">
    <w:abstractNumId w:val="17"/>
  </w:num>
  <w:num w:numId="21" w16cid:durableId="18596630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D0526"/>
    <w:rsid w:val="000E3874"/>
    <w:rsid w:val="0015074B"/>
    <w:rsid w:val="001C7CD4"/>
    <w:rsid w:val="0029639D"/>
    <w:rsid w:val="002A187A"/>
    <w:rsid w:val="002E3A9F"/>
    <w:rsid w:val="00322208"/>
    <w:rsid w:val="003222F1"/>
    <w:rsid w:val="0032264F"/>
    <w:rsid w:val="00326F90"/>
    <w:rsid w:val="0034208C"/>
    <w:rsid w:val="003717B4"/>
    <w:rsid w:val="003D57AF"/>
    <w:rsid w:val="00435ED6"/>
    <w:rsid w:val="004665D9"/>
    <w:rsid w:val="00525619"/>
    <w:rsid w:val="00637A7E"/>
    <w:rsid w:val="00646E0B"/>
    <w:rsid w:val="00684978"/>
    <w:rsid w:val="006E75A3"/>
    <w:rsid w:val="007140DE"/>
    <w:rsid w:val="007C3661"/>
    <w:rsid w:val="007D4349"/>
    <w:rsid w:val="007F769D"/>
    <w:rsid w:val="00823D21"/>
    <w:rsid w:val="00894658"/>
    <w:rsid w:val="009A6F38"/>
    <w:rsid w:val="00A95558"/>
    <w:rsid w:val="00AA1D8D"/>
    <w:rsid w:val="00B10DA4"/>
    <w:rsid w:val="00B47730"/>
    <w:rsid w:val="00B77A26"/>
    <w:rsid w:val="00B80F1A"/>
    <w:rsid w:val="00BD5EE5"/>
    <w:rsid w:val="00C10299"/>
    <w:rsid w:val="00C271E0"/>
    <w:rsid w:val="00C77EA2"/>
    <w:rsid w:val="00CB0664"/>
    <w:rsid w:val="00D03C09"/>
    <w:rsid w:val="00DD4759"/>
    <w:rsid w:val="00E4637A"/>
    <w:rsid w:val="00E71935"/>
    <w:rsid w:val="00F77853"/>
    <w:rsid w:val="00FC693F"/>
    <w:rsid w:val="00FF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03D1FD"/>
  <w14:defaultImageDpi w14:val="300"/>
  <w15:docId w15:val="{4942B9DD-FFDC-421F-BE71-1B7C6E347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7EA2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uerte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vnculo">
    <w:name w:val="Hyperlink"/>
    <w:basedOn w:val="Fuentedeprrafopredeter"/>
    <w:uiPriority w:val="99"/>
    <w:unhideWhenUsed/>
    <w:rsid w:val="000E38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71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86EDE7-33A8-4598-B7CB-D1556160E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2</Pages>
  <Words>44</Words>
  <Characters>247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RODRIGUEZ IZQUIERDO, MARIA</cp:lastModifiedBy>
  <cp:revision>15</cp:revision>
  <dcterms:created xsi:type="dcterms:W3CDTF">2025-08-29T06:12:00Z</dcterms:created>
  <dcterms:modified xsi:type="dcterms:W3CDTF">2026-03-08T18:13:00Z</dcterms:modified>
  <cp:category/>
</cp:coreProperties>
</file>