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62F3DB" w14:textId="1E56F34A" w:rsidR="008977F3" w:rsidRPr="001B6FF6" w:rsidRDefault="008977F3" w:rsidP="0019281D">
      <w:pPr>
        <w:pStyle w:val="Prrafodelista"/>
        <w:ind w:left="862"/>
        <w:jc w:val="center"/>
        <w:rPr>
          <w:rFonts w:ascii="Verdana" w:hAnsi="Verdana"/>
          <w:color w:val="3A6168"/>
          <w:sz w:val="40"/>
          <w:szCs w:val="40"/>
        </w:rPr>
      </w:pPr>
      <w:r w:rsidRPr="001B6FF6">
        <w:rPr>
          <w:rFonts w:ascii="Verdana" w:hAnsi="Verdana"/>
          <w:color w:val="3A6168"/>
          <w:sz w:val="40"/>
          <w:szCs w:val="40"/>
        </w:rPr>
        <w:t>Plantilla de informe</w:t>
      </w:r>
      <w:r w:rsidR="0019281D">
        <w:rPr>
          <w:rFonts w:ascii="Verdana" w:hAnsi="Verdana"/>
          <w:color w:val="3A6168"/>
          <w:sz w:val="40"/>
          <w:szCs w:val="40"/>
        </w:rPr>
        <w:t xml:space="preserve"> meteorológico</w:t>
      </w:r>
    </w:p>
    <w:p w14:paraId="65320354" w14:textId="77777777" w:rsidR="008977F3" w:rsidRPr="001B6FF6" w:rsidRDefault="008977F3" w:rsidP="008977F3">
      <w:pPr>
        <w:pStyle w:val="Prrafodelista"/>
        <w:ind w:left="862"/>
        <w:rPr>
          <w:rFonts w:ascii="Verdana" w:hAnsi="Verdana"/>
          <w:color w:val="3A6168"/>
          <w:sz w:val="24"/>
          <w:szCs w:val="24"/>
        </w:rPr>
      </w:pPr>
      <w:r w:rsidRPr="001B6FF6">
        <w:rPr>
          <w:rFonts w:ascii="Verdana" w:hAnsi="Verdana"/>
          <w:color w:val="3A6168"/>
          <w:sz w:val="24"/>
          <w:szCs w:val="24"/>
        </w:rPr>
        <w:t>Alumno/a: _____________________________   Fecha: ___ / ___ / _____</w:t>
      </w:r>
    </w:p>
    <w:p w14:paraId="7170C5D0" w14:textId="77777777" w:rsidR="0019281D" w:rsidRDefault="0019281D" w:rsidP="0019281D">
      <w:pPr>
        <w:pStyle w:val="Prrafodelista"/>
        <w:ind w:left="862"/>
        <w:jc w:val="center"/>
        <w:rPr>
          <w:rFonts w:ascii="Verdana" w:hAnsi="Verdana"/>
          <w:color w:val="3A6168"/>
          <w:sz w:val="28"/>
          <w:szCs w:val="28"/>
        </w:rPr>
      </w:pPr>
    </w:p>
    <w:p w14:paraId="4E94E15D" w14:textId="0B4F049E" w:rsidR="0019281D" w:rsidRPr="0019281D" w:rsidRDefault="0019281D" w:rsidP="0019281D">
      <w:pPr>
        <w:pStyle w:val="Prrafodelista"/>
        <w:ind w:left="862"/>
        <w:jc w:val="center"/>
        <w:rPr>
          <w:rFonts w:ascii="Verdana" w:hAnsi="Verdana"/>
          <w:color w:val="3A6168"/>
          <w:sz w:val="28"/>
          <w:szCs w:val="28"/>
        </w:rPr>
      </w:pPr>
      <w:r w:rsidRPr="0019281D">
        <w:rPr>
          <w:rFonts w:ascii="Verdana" w:hAnsi="Verdana"/>
          <w:color w:val="3A6168"/>
          <w:sz w:val="28"/>
          <w:szCs w:val="28"/>
        </w:rPr>
        <w:t>INFORME METEOROLÓGICO DE VIABILIDAD</w:t>
      </w:r>
    </w:p>
    <w:p w14:paraId="58B91160" w14:textId="77777777" w:rsidR="0019281D" w:rsidRPr="0019281D" w:rsidRDefault="0019281D" w:rsidP="0019281D">
      <w:pPr>
        <w:pStyle w:val="NormalWeb"/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Asunto:</w:t>
      </w:r>
      <w:r w:rsidRPr="0019281D">
        <w:rPr>
          <w:rFonts w:ascii="Verdana" w:hAnsi="Verdana"/>
        </w:rPr>
        <w:t xml:space="preserve"> Previsión del tiempo para la excursión de la Asociación de Vecinos</w:t>
      </w:r>
    </w:p>
    <w:p w14:paraId="79269F45" w14:textId="14890A87" w:rsidR="0019281D" w:rsidRPr="0019281D" w:rsidRDefault="0019281D" w:rsidP="0019281D">
      <w:pPr>
        <w:pStyle w:val="NormalWeb"/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Elaborado por (Nombre y Apellidos):</w:t>
      </w:r>
      <w:r w:rsidR="00BB0D56">
        <w:rPr>
          <w:rFonts w:ascii="Verdana" w:hAnsi="Verdana"/>
        </w:rPr>
        <w:t xml:space="preserve"> </w:t>
      </w:r>
      <w:r w:rsidRPr="0019281D">
        <w:rPr>
          <w:rFonts w:ascii="Verdana" w:hAnsi="Verdana"/>
        </w:rPr>
        <w:t>_______________________________</w:t>
      </w:r>
    </w:p>
    <w:p w14:paraId="409680C8" w14:textId="6865A13A" w:rsidR="0019281D" w:rsidRPr="0019281D" w:rsidRDefault="0019281D" w:rsidP="0019281D">
      <w:pPr>
        <w:pStyle w:val="NormalWeb"/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Fecha de elaboración del informe:</w:t>
      </w:r>
      <w:r w:rsidRPr="0019281D">
        <w:rPr>
          <w:rFonts w:ascii="Verdana" w:hAnsi="Verdana"/>
        </w:rPr>
        <w:t xml:space="preserve"> ________________</w:t>
      </w:r>
    </w:p>
    <w:p w14:paraId="68D743E2" w14:textId="77777777" w:rsidR="0019281D" w:rsidRPr="0019281D" w:rsidRDefault="0019281D" w:rsidP="0019281D">
      <w:pPr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0A57602D">
          <v:rect id="_x0000_i1025" style="width:0;height:1.5pt" o:hralign="center" o:hrstd="t" o:hr="t" fillcolor="#a0a0a0" stroked="f"/>
        </w:pict>
      </w:r>
    </w:p>
    <w:p w14:paraId="25541D07" w14:textId="77777777" w:rsidR="0019281D" w:rsidRPr="0019281D" w:rsidRDefault="0019281D" w:rsidP="0019281D">
      <w:pPr>
        <w:pStyle w:val="Prrafodelista"/>
        <w:ind w:left="862"/>
        <w:rPr>
          <w:rFonts w:ascii="Verdana" w:hAnsi="Verdana"/>
          <w:color w:val="3A6168"/>
          <w:sz w:val="24"/>
          <w:szCs w:val="24"/>
        </w:rPr>
      </w:pPr>
      <w:r w:rsidRPr="0019281D">
        <w:rPr>
          <w:rFonts w:ascii="Verdana" w:hAnsi="Verdana"/>
          <w:color w:val="3A6168"/>
          <w:sz w:val="24"/>
          <w:szCs w:val="24"/>
        </w:rPr>
        <w:t>1. MAPA DE PREVISIÓN SELECCIONADO</w:t>
      </w:r>
    </w:p>
    <w:p w14:paraId="26EA6CE9" w14:textId="77777777" w:rsidR="0019281D" w:rsidRPr="0019281D" w:rsidRDefault="0019281D" w:rsidP="0019281D">
      <w:pPr>
        <w:pStyle w:val="NormalWeb"/>
        <w:jc w:val="both"/>
        <w:rPr>
          <w:rFonts w:ascii="Verdana" w:hAnsi="Verdana"/>
        </w:rPr>
      </w:pPr>
      <w:r w:rsidRPr="0019281D">
        <w:rPr>
          <w:rFonts w:ascii="Verdana" w:hAnsi="Verdana"/>
          <w:i/>
          <w:iCs/>
        </w:rPr>
        <w:t>(Pega aquí la imagen del mapa meteorológico de superficie (isobaras) correspondiente al fin de semana de la excursión).</w:t>
      </w:r>
    </w:p>
    <w:p w14:paraId="0A60F88B" w14:textId="2B5DE07A" w:rsidR="0019281D" w:rsidRDefault="0019281D" w:rsidP="0019281D">
      <w:pPr>
        <w:pStyle w:val="NormalWeb"/>
        <w:jc w:val="center"/>
        <w:rPr>
          <w:rFonts w:ascii="Verdana" w:hAnsi="Verdana"/>
        </w:rPr>
      </w:pPr>
      <w:r w:rsidRPr="0019281D">
        <w:rPr>
          <w:rFonts w:ascii="Verdana" w:hAnsi="Verdana"/>
        </w:rPr>
        <w:t>[Espacio para insertar imagen]</w:t>
      </w:r>
    </w:p>
    <w:p w14:paraId="4B796BD5" w14:textId="0C2A971C" w:rsidR="0019281D" w:rsidRDefault="0019281D" w:rsidP="0019281D">
      <w:pPr>
        <w:pStyle w:val="NormalWeb"/>
        <w:rPr>
          <w:rFonts w:ascii="Verdana" w:hAnsi="Verdana"/>
        </w:rPr>
      </w:pPr>
    </w:p>
    <w:p w14:paraId="58F3C0A5" w14:textId="77777777" w:rsidR="0019281D" w:rsidRPr="0019281D" w:rsidRDefault="0019281D" w:rsidP="0019281D">
      <w:pPr>
        <w:pStyle w:val="NormalWeb"/>
        <w:rPr>
          <w:rFonts w:ascii="Verdana" w:hAnsi="Verdana"/>
        </w:rPr>
      </w:pPr>
    </w:p>
    <w:p w14:paraId="452BB46D" w14:textId="77777777" w:rsidR="0019281D" w:rsidRPr="0019281D" w:rsidRDefault="0019281D" w:rsidP="0019281D">
      <w:pPr>
        <w:pStyle w:val="NormalWeb"/>
        <w:numPr>
          <w:ilvl w:val="0"/>
          <w:numId w:val="24"/>
        </w:numPr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Fecha de la previsión del mapa:</w:t>
      </w:r>
      <w:r w:rsidRPr="0019281D">
        <w:rPr>
          <w:rFonts w:ascii="Verdana" w:hAnsi="Verdana"/>
        </w:rPr>
        <w:t xml:space="preserve"> _______________</w:t>
      </w:r>
    </w:p>
    <w:p w14:paraId="38B5A1D3" w14:textId="77777777" w:rsidR="0019281D" w:rsidRPr="0019281D" w:rsidRDefault="0019281D" w:rsidP="0019281D">
      <w:pPr>
        <w:pStyle w:val="NormalWeb"/>
        <w:numPr>
          <w:ilvl w:val="0"/>
          <w:numId w:val="24"/>
        </w:numPr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Zona geográfica analizada:</w:t>
      </w:r>
      <w:r w:rsidRPr="0019281D">
        <w:rPr>
          <w:rFonts w:ascii="Verdana" w:hAnsi="Verdana"/>
        </w:rPr>
        <w:t xml:space="preserve"> _______________</w:t>
      </w:r>
    </w:p>
    <w:p w14:paraId="2B0DE888" w14:textId="77777777" w:rsidR="0019281D" w:rsidRPr="0019281D" w:rsidRDefault="0019281D" w:rsidP="0019281D">
      <w:pPr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5511612F">
          <v:rect id="_x0000_i1026" style="width:0;height:1.5pt" o:hralign="center" o:hrstd="t" o:hr="t" fillcolor="#a0a0a0" stroked="f"/>
        </w:pict>
      </w:r>
    </w:p>
    <w:p w14:paraId="4F9E6AD1" w14:textId="77777777" w:rsidR="0019281D" w:rsidRPr="0019281D" w:rsidRDefault="0019281D" w:rsidP="0019281D">
      <w:pPr>
        <w:pStyle w:val="Prrafodelista"/>
        <w:ind w:left="862"/>
        <w:rPr>
          <w:rFonts w:ascii="Verdana" w:hAnsi="Verdana"/>
          <w:color w:val="3A6168"/>
          <w:sz w:val="24"/>
          <w:szCs w:val="24"/>
        </w:rPr>
      </w:pPr>
      <w:r w:rsidRPr="0019281D">
        <w:rPr>
          <w:rFonts w:ascii="Verdana" w:hAnsi="Verdana"/>
          <w:color w:val="3A6168"/>
          <w:sz w:val="24"/>
          <w:szCs w:val="24"/>
        </w:rPr>
        <w:t>2. TRADUCCIÓN DE SÍMBOLOS: ¿QUÉ NOS DICE EL MAPA?</w:t>
      </w:r>
    </w:p>
    <w:p w14:paraId="0B74C3B9" w14:textId="77777777" w:rsidR="0019281D" w:rsidRPr="0019281D" w:rsidRDefault="0019281D" w:rsidP="0019281D">
      <w:pPr>
        <w:pStyle w:val="NormalWeb"/>
        <w:rPr>
          <w:rFonts w:ascii="Verdana" w:hAnsi="Verdana"/>
        </w:rPr>
      </w:pPr>
      <w:r w:rsidRPr="0019281D">
        <w:rPr>
          <w:rFonts w:ascii="Verdana" w:hAnsi="Verdana"/>
          <w:i/>
          <w:iCs/>
        </w:rPr>
        <w:t>Observa el mapa anterior y detalla los elementos meteorológicos que van a afectar a nuestra zona durante el fin de semana.</w:t>
      </w:r>
    </w:p>
    <w:p w14:paraId="198543FC" w14:textId="77777777" w:rsidR="0019281D" w:rsidRPr="0019281D" w:rsidRDefault="0019281D" w:rsidP="0019281D">
      <w:pPr>
        <w:pStyle w:val="NormalWeb"/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A. Centros de Acción (Presión atmosférica):</w:t>
      </w:r>
    </w:p>
    <w:p w14:paraId="288DE1BB" w14:textId="77777777" w:rsidR="0019281D" w:rsidRPr="0019281D" w:rsidRDefault="0019281D" w:rsidP="0019281D">
      <w:pPr>
        <w:pStyle w:val="NormalWeb"/>
        <w:numPr>
          <w:ilvl w:val="0"/>
          <w:numId w:val="25"/>
        </w:numPr>
        <w:rPr>
          <w:rFonts w:ascii="Verdana" w:hAnsi="Verdana"/>
        </w:rPr>
      </w:pPr>
      <w:r w:rsidRPr="0019281D">
        <w:rPr>
          <w:rFonts w:ascii="Verdana" w:hAnsi="Verdana"/>
        </w:rPr>
        <w:t xml:space="preserve">¿Hay algún </w:t>
      </w:r>
      <w:r w:rsidRPr="0019281D">
        <w:rPr>
          <w:rFonts w:ascii="Verdana" w:hAnsi="Verdana"/>
          <w:b/>
          <w:bCs/>
        </w:rPr>
        <w:t>Anticiclón (A)</w:t>
      </w:r>
      <w:r w:rsidRPr="0019281D">
        <w:rPr>
          <w:rFonts w:ascii="Verdana" w:hAnsi="Verdana"/>
        </w:rPr>
        <w:t xml:space="preserve"> cerca que nos afecte? (Explica brevemente dónde está y qué tiempo suele traer):</w:t>
      </w:r>
    </w:p>
    <w:p w14:paraId="66198BD6" w14:textId="77777777" w:rsidR="0019281D" w:rsidRPr="0019281D" w:rsidRDefault="0019281D" w:rsidP="0019281D">
      <w:pPr>
        <w:spacing w:beforeAutospacing="1" w:afterAutospacing="1"/>
        <w:ind w:left="720"/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16CA22D1">
          <v:rect id="_x0000_i1027" style="width:0;height:1.5pt" o:hralign="center" o:hrstd="t" o:hr="t" fillcolor="#a0a0a0" stroked="f"/>
        </w:pict>
      </w:r>
    </w:p>
    <w:p w14:paraId="7D1686D3" w14:textId="77777777" w:rsidR="0019281D" w:rsidRPr="0019281D" w:rsidRDefault="0019281D" w:rsidP="0019281D">
      <w:pPr>
        <w:spacing w:beforeAutospacing="1" w:afterAutospacing="1"/>
        <w:ind w:left="720"/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lastRenderedPageBreak/>
        <w:pict w14:anchorId="63A65E20">
          <v:rect id="_x0000_i1028" style="width:0;height:1.5pt" o:hralign="center" o:hrstd="t" o:hr="t" fillcolor="#a0a0a0" stroked="f"/>
        </w:pict>
      </w:r>
    </w:p>
    <w:p w14:paraId="643F570B" w14:textId="77777777" w:rsidR="0019281D" w:rsidRPr="0019281D" w:rsidRDefault="0019281D" w:rsidP="0019281D">
      <w:pPr>
        <w:pStyle w:val="NormalWeb"/>
        <w:numPr>
          <w:ilvl w:val="0"/>
          <w:numId w:val="25"/>
        </w:numPr>
        <w:rPr>
          <w:rFonts w:ascii="Verdana" w:hAnsi="Verdana"/>
        </w:rPr>
      </w:pPr>
      <w:r w:rsidRPr="0019281D">
        <w:rPr>
          <w:rFonts w:ascii="Verdana" w:hAnsi="Verdana"/>
        </w:rPr>
        <w:t xml:space="preserve">¿Hay alguna </w:t>
      </w:r>
      <w:r w:rsidRPr="0019281D">
        <w:rPr>
          <w:rFonts w:ascii="Verdana" w:hAnsi="Verdana"/>
          <w:b/>
          <w:bCs/>
        </w:rPr>
        <w:t>Borrasca (B)</w:t>
      </w:r>
      <w:r w:rsidRPr="0019281D">
        <w:rPr>
          <w:rFonts w:ascii="Verdana" w:hAnsi="Verdana"/>
        </w:rPr>
        <w:t xml:space="preserve"> cerca que nos afecte? (Explica brevemente dónde está y qué tiempo suele traer):</w:t>
      </w:r>
    </w:p>
    <w:p w14:paraId="6CFB2DB7" w14:textId="77777777" w:rsidR="0019281D" w:rsidRPr="0019281D" w:rsidRDefault="0019281D" w:rsidP="0019281D">
      <w:pPr>
        <w:spacing w:beforeAutospacing="1" w:afterAutospacing="1"/>
        <w:ind w:left="720"/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0075E64B">
          <v:rect id="_x0000_i1029" style="width:0;height:1.5pt" o:hralign="center" o:hrstd="t" o:hr="t" fillcolor="#a0a0a0" stroked="f"/>
        </w:pict>
      </w:r>
    </w:p>
    <w:p w14:paraId="7B15B4D2" w14:textId="77777777" w:rsidR="0019281D" w:rsidRPr="0019281D" w:rsidRDefault="0019281D" w:rsidP="0019281D">
      <w:pPr>
        <w:spacing w:beforeAutospacing="1" w:afterAutospacing="1"/>
        <w:ind w:left="720"/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4610779B">
          <v:rect id="_x0000_i1030" style="width:0;height:1.5pt" o:hralign="center" o:hrstd="t" o:hr="t" fillcolor="#a0a0a0" stroked="f"/>
        </w:pict>
      </w:r>
    </w:p>
    <w:p w14:paraId="0AC6D97F" w14:textId="77777777" w:rsidR="0019281D" w:rsidRPr="0019281D" w:rsidRDefault="0019281D" w:rsidP="0019281D">
      <w:pPr>
        <w:pStyle w:val="NormalWeb"/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B. Frentes:</w:t>
      </w:r>
    </w:p>
    <w:p w14:paraId="1E74699C" w14:textId="0EBB9022" w:rsidR="00860633" w:rsidRDefault="0019281D" w:rsidP="00860633">
      <w:pPr>
        <w:pStyle w:val="NormalWeb"/>
        <w:numPr>
          <w:ilvl w:val="0"/>
          <w:numId w:val="26"/>
        </w:numPr>
        <w:rPr>
          <w:rFonts w:ascii="Verdana" w:hAnsi="Verdana"/>
        </w:rPr>
      </w:pPr>
      <w:r w:rsidRPr="0019281D">
        <w:rPr>
          <w:rFonts w:ascii="Verdana" w:hAnsi="Verdana"/>
        </w:rPr>
        <w:t>¿Se observa el paso de algún frente por nuestra zona? Marca con una "X" los que correspondan y explica cómo nos afectarán</w:t>
      </w:r>
      <w:r w:rsidR="00860633">
        <w:rPr>
          <w:rFonts w:ascii="Verdana" w:hAnsi="Verdana"/>
        </w:rPr>
        <w:t>:</w:t>
      </w:r>
    </w:p>
    <w:p w14:paraId="4C951B14" w14:textId="77777777" w:rsidR="00860633" w:rsidRDefault="00860633" w:rsidP="00860633">
      <w:pPr>
        <w:pStyle w:val="NormalWeb"/>
        <w:numPr>
          <w:ilvl w:val="0"/>
          <w:numId w:val="26"/>
        </w:numPr>
        <w:rPr>
          <w:rFonts w:ascii="Verdana" w:hAnsi="Verdana"/>
        </w:rPr>
      </w:pPr>
    </w:p>
    <w:p w14:paraId="59C5060C" w14:textId="5DA5961B" w:rsidR="0019281D" w:rsidRPr="0019281D" w:rsidRDefault="0019281D" w:rsidP="0019281D">
      <w:pPr>
        <w:pStyle w:val="NormalWeb"/>
        <w:numPr>
          <w:ilvl w:val="1"/>
          <w:numId w:val="26"/>
        </w:numPr>
        <w:rPr>
          <w:rFonts w:ascii="Verdana" w:hAnsi="Verdana"/>
        </w:rPr>
      </w:pPr>
      <w:proofErr w:type="gramStart"/>
      <w:r w:rsidRPr="0019281D">
        <w:rPr>
          <w:rFonts w:ascii="Verdana" w:hAnsi="Verdana"/>
        </w:rPr>
        <w:t>[ ]</w:t>
      </w:r>
      <w:proofErr w:type="gramEnd"/>
      <w:r w:rsidRPr="0019281D">
        <w:rPr>
          <w:rFonts w:ascii="Verdana" w:hAnsi="Verdana"/>
        </w:rPr>
        <w:t xml:space="preserve"> </w:t>
      </w:r>
      <w:r w:rsidRPr="0019281D">
        <w:rPr>
          <w:rFonts w:ascii="Verdana" w:hAnsi="Verdana"/>
          <w:b/>
          <w:bCs/>
        </w:rPr>
        <w:t>Frente Frío</w:t>
      </w:r>
      <w:r w:rsidRPr="0019281D">
        <w:rPr>
          <w:rFonts w:ascii="Verdana" w:hAnsi="Verdana"/>
        </w:rPr>
        <w:t xml:space="preserve"> (línea azul con triángulos): __________________________________________</w:t>
      </w:r>
    </w:p>
    <w:p w14:paraId="7685DBD7" w14:textId="77777777" w:rsidR="0019281D" w:rsidRPr="0019281D" w:rsidRDefault="0019281D" w:rsidP="0019281D">
      <w:pPr>
        <w:pStyle w:val="NormalWeb"/>
        <w:numPr>
          <w:ilvl w:val="1"/>
          <w:numId w:val="26"/>
        </w:numPr>
        <w:rPr>
          <w:rFonts w:ascii="Verdana" w:hAnsi="Verdana"/>
        </w:rPr>
      </w:pPr>
      <w:proofErr w:type="gramStart"/>
      <w:r w:rsidRPr="0019281D">
        <w:rPr>
          <w:rFonts w:ascii="Verdana" w:hAnsi="Verdana"/>
        </w:rPr>
        <w:t>[ ]</w:t>
      </w:r>
      <w:proofErr w:type="gramEnd"/>
      <w:r w:rsidRPr="0019281D">
        <w:rPr>
          <w:rFonts w:ascii="Verdana" w:hAnsi="Verdana"/>
        </w:rPr>
        <w:t xml:space="preserve"> </w:t>
      </w:r>
      <w:r w:rsidRPr="0019281D">
        <w:rPr>
          <w:rFonts w:ascii="Verdana" w:hAnsi="Verdana"/>
          <w:b/>
          <w:bCs/>
        </w:rPr>
        <w:t>Frente Cálido</w:t>
      </w:r>
      <w:r w:rsidRPr="0019281D">
        <w:rPr>
          <w:rFonts w:ascii="Verdana" w:hAnsi="Verdana"/>
        </w:rPr>
        <w:t xml:space="preserve"> (línea roja con semicírculos): ________________________________________</w:t>
      </w:r>
    </w:p>
    <w:p w14:paraId="084FAD03" w14:textId="77777777" w:rsidR="0019281D" w:rsidRPr="0019281D" w:rsidRDefault="0019281D" w:rsidP="0019281D">
      <w:pPr>
        <w:pStyle w:val="NormalWeb"/>
        <w:numPr>
          <w:ilvl w:val="1"/>
          <w:numId w:val="26"/>
        </w:numPr>
        <w:rPr>
          <w:rFonts w:ascii="Verdana" w:hAnsi="Verdana"/>
        </w:rPr>
      </w:pPr>
      <w:proofErr w:type="gramStart"/>
      <w:r w:rsidRPr="0019281D">
        <w:rPr>
          <w:rFonts w:ascii="Verdana" w:hAnsi="Verdana"/>
        </w:rPr>
        <w:t>[ ]</w:t>
      </w:r>
      <w:proofErr w:type="gramEnd"/>
      <w:r w:rsidRPr="0019281D">
        <w:rPr>
          <w:rFonts w:ascii="Verdana" w:hAnsi="Verdana"/>
        </w:rPr>
        <w:t xml:space="preserve"> </w:t>
      </w:r>
      <w:r w:rsidRPr="0019281D">
        <w:rPr>
          <w:rFonts w:ascii="Verdana" w:hAnsi="Verdana"/>
          <w:b/>
          <w:bCs/>
        </w:rPr>
        <w:t>Ningún frente</w:t>
      </w:r>
      <w:r w:rsidRPr="0019281D">
        <w:rPr>
          <w:rFonts w:ascii="Verdana" w:hAnsi="Verdana"/>
        </w:rPr>
        <w:t xml:space="preserve"> a la vista.</w:t>
      </w:r>
    </w:p>
    <w:p w14:paraId="73AD00C3" w14:textId="77777777" w:rsidR="0019281D" w:rsidRPr="0019281D" w:rsidRDefault="0019281D" w:rsidP="0019281D">
      <w:pPr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00C93D2C">
          <v:rect id="_x0000_i1031" style="width:0;height:1.5pt" o:hralign="center" o:hrstd="t" o:hr="t" fillcolor="#a0a0a0" stroked="f"/>
        </w:pict>
      </w:r>
    </w:p>
    <w:p w14:paraId="4F032D47" w14:textId="77777777" w:rsidR="0019281D" w:rsidRPr="0019281D" w:rsidRDefault="0019281D" w:rsidP="0019281D">
      <w:pPr>
        <w:pStyle w:val="Prrafodelista"/>
        <w:ind w:left="862"/>
        <w:rPr>
          <w:rFonts w:ascii="Verdana" w:hAnsi="Verdana"/>
          <w:color w:val="3A6168"/>
          <w:sz w:val="24"/>
          <w:szCs w:val="24"/>
        </w:rPr>
      </w:pPr>
      <w:r w:rsidRPr="0019281D">
        <w:rPr>
          <w:rFonts w:ascii="Verdana" w:hAnsi="Verdana"/>
          <w:color w:val="3A6168"/>
          <w:sz w:val="24"/>
          <w:szCs w:val="24"/>
        </w:rPr>
        <w:t>3. EVALUACIÓN DE RIESGOS PARA LA ACTIVIDAD</w:t>
      </w:r>
    </w:p>
    <w:p w14:paraId="47ECE11F" w14:textId="77777777" w:rsidR="0019281D" w:rsidRPr="0019281D" w:rsidRDefault="0019281D" w:rsidP="00860633">
      <w:pPr>
        <w:pStyle w:val="NormalWeb"/>
        <w:jc w:val="both"/>
        <w:rPr>
          <w:rFonts w:ascii="Verdana" w:hAnsi="Verdana"/>
        </w:rPr>
      </w:pPr>
      <w:r w:rsidRPr="0019281D">
        <w:rPr>
          <w:rFonts w:ascii="Verdana" w:hAnsi="Verdana"/>
          <w:i/>
          <w:iCs/>
        </w:rPr>
        <w:t>Traduce los datos técnicos del apartado anterior a las condiciones reales que sentiremos estando al aire libre.</w:t>
      </w:r>
    </w:p>
    <w:p w14:paraId="6585446A" w14:textId="0E89440E" w:rsidR="0019281D" w:rsidRPr="0019281D" w:rsidRDefault="0019281D" w:rsidP="0019281D">
      <w:pPr>
        <w:pStyle w:val="NormalWeb"/>
        <w:numPr>
          <w:ilvl w:val="0"/>
          <w:numId w:val="27"/>
        </w:numPr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Viento:</w:t>
      </w:r>
      <w:r w:rsidRPr="0019281D">
        <w:rPr>
          <w:rFonts w:ascii="Verdana" w:hAnsi="Verdana"/>
        </w:rPr>
        <w:t xml:space="preserve"> Observando las isobaras, ¿están muy juntas o muy separadas? ¿Qué significa esto para el viento durante nuestra excursión?</w:t>
      </w:r>
    </w:p>
    <w:p w14:paraId="449E94C3" w14:textId="77777777" w:rsidR="0019281D" w:rsidRPr="0019281D" w:rsidRDefault="0019281D" w:rsidP="0019281D">
      <w:pPr>
        <w:spacing w:beforeAutospacing="1" w:afterAutospacing="1"/>
        <w:ind w:left="720"/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433C60FB">
          <v:rect id="_x0000_i1032" style="width:0;height:1.5pt" o:hralign="center" o:hrstd="t" o:hr="t" fillcolor="#a0a0a0" stroked="f"/>
        </w:pict>
      </w:r>
    </w:p>
    <w:p w14:paraId="12BDD928" w14:textId="08ECF7ED" w:rsidR="0019281D" w:rsidRPr="0019281D" w:rsidRDefault="0019281D" w:rsidP="00CD348C">
      <w:pPr>
        <w:pStyle w:val="NormalWeb"/>
        <w:numPr>
          <w:ilvl w:val="0"/>
          <w:numId w:val="27"/>
        </w:numPr>
        <w:jc w:val="both"/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Precipitaciones:</w:t>
      </w:r>
      <w:r w:rsidRPr="0019281D">
        <w:rPr>
          <w:rFonts w:ascii="Verdana" w:hAnsi="Verdana"/>
        </w:rPr>
        <w:t xml:space="preserve"> Según la presencia de frentes o borrascas, ¿qué</w:t>
      </w:r>
      <w:r w:rsidR="00CD348C">
        <w:rPr>
          <w:rFonts w:ascii="Verdana" w:hAnsi="Verdana"/>
        </w:rPr>
        <w:t xml:space="preserve"> </w:t>
      </w:r>
      <w:r w:rsidRPr="0019281D">
        <w:rPr>
          <w:rFonts w:ascii="Verdana" w:hAnsi="Verdana"/>
        </w:rPr>
        <w:t>probabilidad hay de lluvia?</w:t>
      </w:r>
    </w:p>
    <w:p w14:paraId="18407E9E" w14:textId="77777777" w:rsidR="0019281D" w:rsidRPr="0019281D" w:rsidRDefault="0019281D" w:rsidP="0019281D">
      <w:pPr>
        <w:spacing w:beforeAutospacing="1" w:afterAutospacing="1"/>
        <w:ind w:left="720"/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7E614629">
          <v:rect id="_x0000_i1033" style="width:0;height:1.5pt" o:hralign="center" o:hrstd="t" o:hr="t" fillcolor="#a0a0a0" stroked="f"/>
        </w:pict>
      </w:r>
    </w:p>
    <w:p w14:paraId="7D4637E1" w14:textId="77777777" w:rsidR="0019281D" w:rsidRPr="0019281D" w:rsidRDefault="0019281D" w:rsidP="0019281D">
      <w:pPr>
        <w:pStyle w:val="NormalWeb"/>
        <w:numPr>
          <w:ilvl w:val="0"/>
          <w:numId w:val="27"/>
        </w:numPr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Temperaturas:</w:t>
      </w:r>
      <w:r w:rsidRPr="0019281D">
        <w:rPr>
          <w:rFonts w:ascii="Verdana" w:hAnsi="Verdana"/>
        </w:rPr>
        <w:t xml:space="preserve"> ¿Se espera una subida, una bajada o temperaturas estables?</w:t>
      </w:r>
    </w:p>
    <w:p w14:paraId="09DAB3B2" w14:textId="77777777" w:rsidR="0019281D" w:rsidRPr="0019281D" w:rsidRDefault="0019281D" w:rsidP="0019281D">
      <w:pPr>
        <w:spacing w:beforeAutospacing="1" w:afterAutospacing="1"/>
        <w:ind w:left="720"/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74CD9B69">
          <v:rect id="_x0000_i1034" style="width:0;height:1.5pt" o:hralign="center" o:hrstd="t" o:hr="t" fillcolor="#a0a0a0" stroked="f"/>
        </w:pict>
      </w:r>
    </w:p>
    <w:p w14:paraId="262C5802" w14:textId="77777777" w:rsidR="0019281D" w:rsidRPr="0019281D" w:rsidRDefault="0019281D" w:rsidP="0019281D">
      <w:pPr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lastRenderedPageBreak/>
        <w:pict w14:anchorId="0ED0098D">
          <v:rect id="_x0000_i1035" style="width:0;height:1.5pt" o:hralign="center" o:hrstd="t" o:hr="t" fillcolor="#a0a0a0" stroked="f"/>
        </w:pict>
      </w:r>
    </w:p>
    <w:p w14:paraId="0E38FBE1" w14:textId="77777777" w:rsidR="0019281D" w:rsidRPr="0019281D" w:rsidRDefault="0019281D" w:rsidP="0019281D">
      <w:pPr>
        <w:pStyle w:val="Prrafodelista"/>
        <w:ind w:left="862"/>
        <w:rPr>
          <w:rFonts w:ascii="Verdana" w:hAnsi="Verdana"/>
          <w:color w:val="3A6168"/>
          <w:sz w:val="24"/>
          <w:szCs w:val="24"/>
        </w:rPr>
      </w:pPr>
      <w:r w:rsidRPr="0019281D">
        <w:rPr>
          <w:rFonts w:ascii="Verdana" w:hAnsi="Verdana"/>
          <w:color w:val="3A6168"/>
          <w:sz w:val="24"/>
          <w:szCs w:val="24"/>
        </w:rPr>
        <w:t>4. RECOMENDACIÓN FINAL</w:t>
      </w:r>
    </w:p>
    <w:p w14:paraId="3B238E3A" w14:textId="77777777" w:rsidR="0019281D" w:rsidRPr="0019281D" w:rsidRDefault="0019281D" w:rsidP="00CD348C">
      <w:pPr>
        <w:pStyle w:val="NormalWeb"/>
        <w:jc w:val="both"/>
        <w:rPr>
          <w:rFonts w:ascii="Verdana" w:hAnsi="Verdana"/>
        </w:rPr>
      </w:pPr>
      <w:r w:rsidRPr="0019281D">
        <w:rPr>
          <w:rFonts w:ascii="Verdana" w:hAnsi="Verdana"/>
          <w:i/>
          <w:iCs/>
        </w:rPr>
        <w:t>Teniendo en cuenta todo el análisis anterior, marca con una "X" la opción organizativa que recomiendas a la junta directiva de la Asociación:</w:t>
      </w:r>
    </w:p>
    <w:p w14:paraId="5E141658" w14:textId="77777777" w:rsidR="0019281D" w:rsidRPr="0019281D" w:rsidRDefault="0019281D" w:rsidP="0019281D">
      <w:pPr>
        <w:pStyle w:val="NormalWeb"/>
        <w:numPr>
          <w:ilvl w:val="0"/>
          <w:numId w:val="28"/>
        </w:numPr>
        <w:rPr>
          <w:rFonts w:ascii="Verdana" w:hAnsi="Verdana"/>
        </w:rPr>
      </w:pPr>
      <w:proofErr w:type="gramStart"/>
      <w:r w:rsidRPr="0019281D">
        <w:rPr>
          <w:rFonts w:ascii="Verdana" w:hAnsi="Verdana"/>
        </w:rPr>
        <w:t>[ ]</w:t>
      </w:r>
      <w:proofErr w:type="gramEnd"/>
      <w:r w:rsidRPr="0019281D">
        <w:rPr>
          <w:rFonts w:ascii="Verdana" w:hAnsi="Verdana"/>
        </w:rPr>
        <w:t xml:space="preserve"> </w:t>
      </w:r>
      <w:r w:rsidRPr="0019281D">
        <w:rPr>
          <w:rFonts w:ascii="Verdana" w:hAnsi="Verdana"/>
          <w:b/>
          <w:bCs/>
        </w:rPr>
        <w:t>Opción A:</w:t>
      </w:r>
      <w:r w:rsidRPr="0019281D">
        <w:rPr>
          <w:rFonts w:ascii="Verdana" w:hAnsi="Verdana"/>
        </w:rPr>
        <w:t xml:space="preserve"> Celebrar la actividad al aire libre tal y como estaba prevista.</w:t>
      </w:r>
    </w:p>
    <w:p w14:paraId="43AA0E8D" w14:textId="77777777" w:rsidR="0019281D" w:rsidRPr="0019281D" w:rsidRDefault="0019281D" w:rsidP="0019281D">
      <w:pPr>
        <w:pStyle w:val="NormalWeb"/>
        <w:numPr>
          <w:ilvl w:val="0"/>
          <w:numId w:val="28"/>
        </w:numPr>
        <w:rPr>
          <w:rFonts w:ascii="Verdana" w:hAnsi="Verdana"/>
        </w:rPr>
      </w:pPr>
      <w:proofErr w:type="gramStart"/>
      <w:r w:rsidRPr="0019281D">
        <w:rPr>
          <w:rFonts w:ascii="Verdana" w:hAnsi="Verdana"/>
        </w:rPr>
        <w:t>[ ]</w:t>
      </w:r>
      <w:proofErr w:type="gramEnd"/>
      <w:r w:rsidRPr="0019281D">
        <w:rPr>
          <w:rFonts w:ascii="Verdana" w:hAnsi="Verdana"/>
        </w:rPr>
        <w:t xml:space="preserve"> </w:t>
      </w:r>
      <w:r w:rsidRPr="0019281D">
        <w:rPr>
          <w:rFonts w:ascii="Verdana" w:hAnsi="Verdana"/>
          <w:b/>
          <w:bCs/>
        </w:rPr>
        <w:t>Opción B:</w:t>
      </w:r>
      <w:r w:rsidRPr="0019281D">
        <w:rPr>
          <w:rFonts w:ascii="Verdana" w:hAnsi="Verdana"/>
        </w:rPr>
        <w:t xml:space="preserve"> Mantener la fecha, pero trasladar la comida y los juegos a un recinto a cubierto.</w:t>
      </w:r>
    </w:p>
    <w:p w14:paraId="6DFD163B" w14:textId="77777777" w:rsidR="0019281D" w:rsidRPr="0019281D" w:rsidRDefault="0019281D" w:rsidP="0019281D">
      <w:pPr>
        <w:pStyle w:val="NormalWeb"/>
        <w:numPr>
          <w:ilvl w:val="0"/>
          <w:numId w:val="28"/>
        </w:numPr>
        <w:rPr>
          <w:rFonts w:ascii="Verdana" w:hAnsi="Verdana"/>
        </w:rPr>
      </w:pPr>
      <w:proofErr w:type="gramStart"/>
      <w:r w:rsidRPr="0019281D">
        <w:rPr>
          <w:rFonts w:ascii="Verdana" w:hAnsi="Verdana"/>
        </w:rPr>
        <w:t>[ ]</w:t>
      </w:r>
      <w:proofErr w:type="gramEnd"/>
      <w:r w:rsidRPr="0019281D">
        <w:rPr>
          <w:rFonts w:ascii="Verdana" w:hAnsi="Verdana"/>
        </w:rPr>
        <w:t xml:space="preserve"> </w:t>
      </w:r>
      <w:r w:rsidRPr="0019281D">
        <w:rPr>
          <w:rFonts w:ascii="Verdana" w:hAnsi="Verdana"/>
          <w:b/>
          <w:bCs/>
        </w:rPr>
        <w:t>Opción C:</w:t>
      </w:r>
      <w:r w:rsidRPr="0019281D">
        <w:rPr>
          <w:rFonts w:ascii="Verdana" w:hAnsi="Verdana"/>
        </w:rPr>
        <w:t xml:space="preserve"> Aplazar la excursión a otro fin de semana.</w:t>
      </w:r>
    </w:p>
    <w:p w14:paraId="214ABB90" w14:textId="77777777" w:rsidR="0019281D" w:rsidRPr="0019281D" w:rsidRDefault="0019281D" w:rsidP="0019281D">
      <w:pPr>
        <w:pStyle w:val="NormalWeb"/>
        <w:rPr>
          <w:rFonts w:ascii="Verdana" w:hAnsi="Verdana"/>
        </w:rPr>
      </w:pPr>
      <w:r w:rsidRPr="0019281D">
        <w:rPr>
          <w:rFonts w:ascii="Verdana" w:hAnsi="Verdana"/>
          <w:b/>
          <w:bCs/>
        </w:rPr>
        <w:t>Justificación de tu decisión:</w:t>
      </w:r>
      <w:r w:rsidRPr="0019281D">
        <w:rPr>
          <w:rFonts w:ascii="Verdana" w:hAnsi="Verdana"/>
        </w:rPr>
        <w:t xml:space="preserve"> </w:t>
      </w:r>
      <w:r w:rsidRPr="0019281D">
        <w:rPr>
          <w:rFonts w:ascii="Verdana" w:hAnsi="Verdana"/>
          <w:i/>
          <w:iCs/>
        </w:rPr>
        <w:t>(Explica a los vecinos, de forma clara y directa, por qué has elegido esta opción basándote en los datos del clima).</w:t>
      </w:r>
    </w:p>
    <w:p w14:paraId="4B0A4CF7" w14:textId="77777777" w:rsidR="0019281D" w:rsidRPr="0019281D" w:rsidRDefault="0019281D" w:rsidP="0019281D">
      <w:pPr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5E0B2A2E">
          <v:rect id="_x0000_i1036" style="width:0;height:1.5pt" o:hralign="center" o:hrstd="t" o:hr="t" fillcolor="#a0a0a0" stroked="f"/>
        </w:pict>
      </w:r>
    </w:p>
    <w:p w14:paraId="65378EC6" w14:textId="77777777" w:rsidR="0019281D" w:rsidRPr="0019281D" w:rsidRDefault="0019281D" w:rsidP="0019281D">
      <w:pPr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sz w:val="24"/>
          <w:szCs w:val="24"/>
        </w:rPr>
        <w:pict w14:anchorId="6D5E1D3F">
          <v:rect id="_x0000_i1037" style="width:0;height:1.5pt" o:hralign="center" o:hrstd="t" o:hr="t" fillcolor="#a0a0a0" stroked="f"/>
        </w:pict>
      </w:r>
    </w:p>
    <w:p w14:paraId="638029D0" w14:textId="77777777" w:rsidR="006E49DD" w:rsidRPr="0019281D" w:rsidRDefault="006E49DD" w:rsidP="006E49DD">
      <w:pPr>
        <w:rPr>
          <w:rFonts w:ascii="Verdana" w:hAnsi="Verdana"/>
          <w:sz w:val="24"/>
          <w:szCs w:val="24"/>
        </w:rPr>
      </w:pPr>
    </w:p>
    <w:p w14:paraId="4C37EC6F" w14:textId="12B2DCBF" w:rsidR="001828B0" w:rsidRPr="00204F57" w:rsidRDefault="006E49DD" w:rsidP="00204F57">
      <w:pPr>
        <w:jc w:val="both"/>
        <w:rPr>
          <w:rFonts w:ascii="Verdana" w:hAnsi="Verdana"/>
          <w:sz w:val="24"/>
          <w:szCs w:val="24"/>
        </w:rPr>
      </w:pPr>
      <w:r w:rsidRPr="0019281D">
        <w:rPr>
          <w:rFonts w:ascii="Verdana" w:hAnsi="Verdana"/>
          <w:i/>
          <w:color w:val="808080"/>
          <w:sz w:val="24"/>
          <w:szCs w:val="24"/>
        </w:rPr>
        <w:t>Recuerda: Consulta la previsión del tiempo en AEMET (https://www.aemet.es) o en tu aplicación meteorológica preferida para obtener datos reales y precisos.</w:t>
      </w:r>
    </w:p>
    <w:sectPr w:rsidR="001828B0" w:rsidRPr="00204F57" w:rsidSect="00FF48F2">
      <w:headerReference w:type="default" r:id="rId8"/>
      <w:footerReference w:type="default" r:id="rId9"/>
      <w:pgSz w:w="12240" w:h="15840"/>
      <w:pgMar w:top="2083" w:right="616" w:bottom="1440" w:left="144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56DD6D" w14:textId="77777777" w:rsidR="00356B74" w:rsidRDefault="00356B74">
      <w:pPr>
        <w:spacing w:after="0" w:line="240" w:lineRule="auto"/>
      </w:pPr>
      <w:r>
        <w:separator/>
      </w:r>
    </w:p>
  </w:endnote>
  <w:endnote w:type="continuationSeparator" w:id="0">
    <w:p w14:paraId="77FAECD0" w14:textId="77777777" w:rsidR="00356B74" w:rsidRDefault="00356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00000287" w:usb1="08070000" w:usb2="00000010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C857D2" w14:textId="77777777" w:rsidR="0032264F" w:rsidRDefault="000D0526">
    <w:pPr>
      <w:pStyle w:val="Piedepgina"/>
    </w:pPr>
    <w:r>
      <w:rPr>
        <w:rFonts w:ascii="Verdana" w:hAnsi="Verdana"/>
        <w:b/>
        <w:noProof/>
        <w:color w:val="3A6168"/>
        <w:lang w:eastAsia="es-ES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41CD1FF" wp14:editId="20B1081E">
              <wp:simplePos x="0" y="0"/>
              <wp:positionH relativeFrom="column">
                <wp:posOffset>-895350</wp:posOffset>
              </wp:positionH>
              <wp:positionV relativeFrom="paragraph">
                <wp:posOffset>31750</wp:posOffset>
              </wp:positionV>
              <wp:extent cx="7724775" cy="0"/>
              <wp:effectExtent l="0" t="19050" r="28575" b="19050"/>
              <wp:wrapNone/>
              <wp:docPr id="79" name="Conector recto 7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F88D53D" id="Conector recto 79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2.5pt" to="537.7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" strokecolor="#d8d8d8 [2732]" strokeweight="2.25pt"/>
          </w:pict>
        </mc:Fallback>
      </mc:AlternateContent>
    </w:r>
    <w:r w:rsidR="00C10299">
      <w:rPr>
        <w:noProof/>
        <w:lang w:eastAsia="es-ES"/>
      </w:rPr>
      <w:drawing>
        <wp:anchor distT="0" distB="0" distL="114300" distR="114300" simplePos="0" relativeHeight="251668992" behindDoc="0" locked="0" layoutInCell="1" allowOverlap="1" wp14:anchorId="429130A1" wp14:editId="57036023">
          <wp:simplePos x="0" y="0"/>
          <wp:positionH relativeFrom="column">
            <wp:posOffset>2016760</wp:posOffset>
          </wp:positionH>
          <wp:positionV relativeFrom="paragraph">
            <wp:posOffset>159385</wp:posOffset>
          </wp:positionV>
          <wp:extent cx="793115" cy="149225"/>
          <wp:effectExtent l="0" t="0" r="6985" b="3175"/>
          <wp:wrapNone/>
          <wp:docPr id="8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y_s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115" cy="149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W w:w="0" w:type="auto"/>
      <w:tblInd w:w="-743" w:type="dxa"/>
      <w:tblLook w:val="04A0" w:firstRow="1" w:lastRow="0" w:firstColumn="1" w:lastColumn="0" w:noHBand="0" w:noVBand="1"/>
    </w:tblPr>
    <w:tblGrid>
      <w:gridCol w:w="4253"/>
      <w:gridCol w:w="2897"/>
      <w:gridCol w:w="3080"/>
    </w:tblGrid>
    <w:tr w:rsidR="0032264F" w14:paraId="4F82A600" w14:textId="77777777" w:rsidTr="00C10299">
      <w:tc>
        <w:tcPr>
          <w:tcW w:w="4253" w:type="dxa"/>
        </w:tcPr>
        <w:p w14:paraId="1EDDDBAC" w14:textId="77777777" w:rsidR="0032264F" w:rsidRPr="00C10299" w:rsidRDefault="00D03C09">
          <w:pPr>
            <w:rPr>
              <w:lang w:val="es-ES_tradnl"/>
            </w:rPr>
          </w:pPr>
          <w:r w:rsidRPr="00C10299">
            <w:rPr>
              <w:rFonts w:ascii="Verdana" w:hAnsi="Verdana"/>
              <w:color w:val="3A6168"/>
              <w:sz w:val="18"/>
              <w:lang w:val="es-ES_tradnl"/>
            </w:rPr>
            <w:t xml:space="preserve">Servicio de Educación Permanente. CARM  </w:t>
          </w:r>
        </w:p>
      </w:tc>
      <w:tc>
        <w:tcPr>
          <w:tcW w:w="2897" w:type="dxa"/>
        </w:tcPr>
        <w:p w14:paraId="40411ACB" w14:textId="77777777" w:rsidR="0032264F" w:rsidRDefault="0032264F"/>
      </w:tc>
      <w:tc>
        <w:tcPr>
          <w:tcW w:w="3080" w:type="dxa"/>
        </w:tcPr>
        <w:p w14:paraId="1CADB843" w14:textId="77777777" w:rsidR="0032264F" w:rsidRDefault="000D0526">
          <w:pPr>
            <w:jc w:val="right"/>
          </w:pPr>
          <w:r w:rsidRPr="000D0526">
            <w:rPr>
              <w:rFonts w:ascii="Verdana" w:hAnsi="Verdana"/>
              <w:color w:val="3A6168"/>
              <w:sz w:val="18"/>
            </w:rPr>
            <w:fldChar w:fldCharType="begin"/>
          </w:r>
          <w:r w:rsidRPr="000D0526">
            <w:rPr>
              <w:rFonts w:ascii="Verdana" w:hAnsi="Verdana"/>
              <w:color w:val="3A6168"/>
              <w:sz w:val="18"/>
            </w:rPr>
            <w:instrText>PAGE   \* MERGEFORMAT</w:instrText>
          </w:r>
          <w:r w:rsidRPr="000D0526">
            <w:rPr>
              <w:rFonts w:ascii="Verdana" w:hAnsi="Verdana"/>
              <w:color w:val="3A6168"/>
              <w:sz w:val="18"/>
            </w:rPr>
            <w:fldChar w:fldCharType="separate"/>
          </w:r>
          <w:r w:rsidR="00F94E2D" w:rsidRPr="00F94E2D">
            <w:rPr>
              <w:rFonts w:ascii="Verdana" w:hAnsi="Verdana"/>
              <w:noProof/>
              <w:color w:val="3A6168"/>
              <w:sz w:val="18"/>
            </w:rPr>
            <w:t>2</w:t>
          </w:r>
          <w:r w:rsidRPr="000D0526">
            <w:rPr>
              <w:rFonts w:ascii="Verdana" w:hAnsi="Verdana"/>
              <w:color w:val="3A6168"/>
              <w:sz w:val="18"/>
            </w:rPr>
            <w:fldChar w:fldCharType="end"/>
          </w:r>
          <w:r w:rsidR="00D03C09">
            <w:rPr>
              <w:rFonts w:ascii="Verdana" w:hAnsi="Verdana"/>
              <w:color w:val="3A6168"/>
              <w:sz w:val="18"/>
            </w:rPr>
            <w:t xml:space="preserve"> </w:t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CF0C4" w14:textId="77777777" w:rsidR="00356B74" w:rsidRDefault="00356B74">
      <w:pPr>
        <w:spacing w:after="0" w:line="240" w:lineRule="auto"/>
      </w:pPr>
      <w:r>
        <w:separator/>
      </w:r>
    </w:p>
  </w:footnote>
  <w:footnote w:type="continuationSeparator" w:id="0">
    <w:p w14:paraId="32ACF079" w14:textId="77777777" w:rsidR="00356B74" w:rsidRDefault="00356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7E7BD4" w14:textId="77777777" w:rsidR="0032264F" w:rsidRDefault="00FF48F2" w:rsidP="00C10299">
    <w:pPr>
      <w:pStyle w:val="Encabezado"/>
      <w:ind w:left="-1418"/>
      <w:jc w:val="center"/>
    </w:pPr>
    <w:r>
      <w:rPr>
        <w:rFonts w:ascii="Verdana" w:hAnsi="Verdana"/>
        <w:b/>
        <w:noProof/>
        <w:color w:val="3A6168"/>
        <w:lang w:eastAsia="es-E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0E247D5" wp14:editId="13EA8967">
              <wp:simplePos x="0" y="0"/>
              <wp:positionH relativeFrom="column">
                <wp:posOffset>-895350</wp:posOffset>
              </wp:positionH>
              <wp:positionV relativeFrom="paragraph">
                <wp:posOffset>815340</wp:posOffset>
              </wp:positionV>
              <wp:extent cx="7724775" cy="0"/>
              <wp:effectExtent l="0" t="19050" r="28575" b="19050"/>
              <wp:wrapNone/>
              <wp:docPr id="77" name="Conector recto 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4F9BCCB" id="Conector recto 77" o:spid="_x0000_s1026" style="position:absolute;flip: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0.5pt,64.2pt" to="537.75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" strokecolor="#d8d8d8 [2732]" strokeweight="2.25pt"/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52608" behindDoc="1" locked="0" layoutInCell="1" allowOverlap="1" wp14:anchorId="27A5F1C9" wp14:editId="24397CCB">
          <wp:simplePos x="0" y="0"/>
          <wp:positionH relativeFrom="column">
            <wp:posOffset>-1104900</wp:posOffset>
          </wp:positionH>
          <wp:positionV relativeFrom="paragraph">
            <wp:posOffset>-1230630</wp:posOffset>
          </wp:positionV>
          <wp:extent cx="8686800" cy="11241741"/>
          <wp:effectExtent l="0" t="0" r="0" b="0"/>
          <wp:wrapNone/>
          <wp:docPr id="8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o_Sabere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86800" cy="112417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D0526">
      <w:rPr>
        <w:rFonts w:ascii="Verdana" w:hAnsi="Verdana"/>
        <w:b/>
        <w:noProof/>
        <w:color w:val="3A6168"/>
        <w:lang w:eastAsia="es-ES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4C754A3E" wp14:editId="4AAE05D6">
              <wp:simplePos x="0" y="0"/>
              <wp:positionH relativeFrom="column">
                <wp:posOffset>-914400</wp:posOffset>
              </wp:positionH>
              <wp:positionV relativeFrom="paragraph">
                <wp:posOffset>-1184910</wp:posOffset>
              </wp:positionV>
              <wp:extent cx="7724775" cy="0"/>
              <wp:effectExtent l="0" t="19050" r="28575" b="19050"/>
              <wp:wrapNone/>
              <wp:docPr id="78" name="Conector recto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bg1">
                            <a:lumMod val="85000"/>
                          </a:schemeClr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AC61302" id="Conector recto 78" o:spid="_x0000_s1026" style="position:absolute;flip: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in,-93.3pt" to="536.25pt,-9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" strokecolor="#d8d8d8 [2732]" strokeweight="2.25pt"/>
          </w:pict>
        </mc:Fallback>
      </mc:AlternateContent>
    </w:r>
  </w:p>
  <w:tbl>
    <w:tblPr>
      <w:tblW w:w="0" w:type="auto"/>
      <w:tblInd w:w="-885" w:type="dxa"/>
      <w:tblBorders>
        <w:bottom w:val="single" w:sz="12" w:space="0" w:color="auto"/>
      </w:tblBorders>
      <w:tblLook w:val="04A0" w:firstRow="1" w:lastRow="0" w:firstColumn="1" w:lastColumn="0" w:noHBand="0" w:noVBand="1"/>
    </w:tblPr>
    <w:tblGrid>
      <w:gridCol w:w="5955"/>
      <w:gridCol w:w="5105"/>
    </w:tblGrid>
    <w:tr w:rsidR="0032264F" w14:paraId="455D3E52" w14:textId="77777777" w:rsidTr="000D0526">
      <w:trPr>
        <w:trHeight w:val="585"/>
      </w:trPr>
      <w:tc>
        <w:tcPr>
          <w:tcW w:w="5955" w:type="dxa"/>
          <w:tcBorders>
            <w:bottom w:val="nil"/>
          </w:tcBorders>
        </w:tcPr>
        <w:p w14:paraId="6E616142" w14:textId="04E70F3F" w:rsidR="0032264F" w:rsidRPr="00C10299" w:rsidRDefault="00B268DC" w:rsidP="00C10299">
          <w:pPr>
            <w:ind w:right="318"/>
            <w:rPr>
              <w:b/>
              <w:lang w:val="es-ES_tradnl"/>
            </w:rPr>
          </w:pPr>
          <w:r>
            <w:rPr>
              <w:rFonts w:ascii="Verdana" w:hAnsi="Verdana"/>
              <w:b/>
              <w:color w:val="3A6168"/>
              <w:lang w:val="es-ES_tradnl"/>
            </w:rPr>
            <w:t xml:space="preserve">REA: </w:t>
          </w:r>
          <w:r w:rsidRPr="00EA03F7">
            <w:rPr>
              <w:rFonts w:ascii="Verdana" w:hAnsi="Verdana"/>
              <w:b/>
              <w:color w:val="3A6168"/>
              <w:lang w:val="es-ES_tradnl"/>
            </w:rPr>
            <w:t>Detrás del mapa del tiempo: entiende y comunica los climas de España</w:t>
          </w:r>
        </w:p>
      </w:tc>
      <w:tc>
        <w:tcPr>
          <w:tcW w:w="5105" w:type="dxa"/>
          <w:tcBorders>
            <w:bottom w:val="nil"/>
          </w:tcBorders>
        </w:tcPr>
        <w:p w14:paraId="28DD1AE3" w14:textId="77777777" w:rsidR="0032264F" w:rsidRDefault="00C10299">
          <w:pPr>
            <w:jc w:val="right"/>
          </w:pPr>
          <w:r>
            <w:rPr>
              <w:noProof/>
              <w:lang w:eastAsia="es-ES"/>
            </w:rPr>
            <w:drawing>
              <wp:anchor distT="0" distB="0" distL="114300" distR="114300" simplePos="0" relativeHeight="251662848" behindDoc="1" locked="0" layoutInCell="1" allowOverlap="1" wp14:anchorId="1122D05E" wp14:editId="7FA04FA8">
                <wp:simplePos x="0" y="0"/>
                <wp:positionH relativeFrom="column">
                  <wp:posOffset>447676</wp:posOffset>
                </wp:positionH>
                <wp:positionV relativeFrom="paragraph">
                  <wp:posOffset>-28575</wp:posOffset>
                </wp:positionV>
                <wp:extent cx="2428874" cy="388620"/>
                <wp:effectExtent l="0" t="0" r="0" b="0"/>
                <wp:wrapNone/>
                <wp:docPr id="84" name="Imagen 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-rearm-h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840" cy="401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FE3517"/>
    <w:multiLevelType w:val="hybridMultilevel"/>
    <w:tmpl w:val="8E68912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A04168"/>
    <w:multiLevelType w:val="multilevel"/>
    <w:tmpl w:val="D182F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22C42D6"/>
    <w:multiLevelType w:val="multilevel"/>
    <w:tmpl w:val="81A8A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4DF5B47"/>
    <w:multiLevelType w:val="hybridMultilevel"/>
    <w:tmpl w:val="DEC60F9C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187F0563"/>
    <w:multiLevelType w:val="multilevel"/>
    <w:tmpl w:val="AC28F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41D1839"/>
    <w:multiLevelType w:val="hybridMultilevel"/>
    <w:tmpl w:val="02A85D24"/>
    <w:lvl w:ilvl="0" w:tplc="4B78BC0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2E291171"/>
    <w:multiLevelType w:val="hybridMultilevel"/>
    <w:tmpl w:val="373E9AC2"/>
    <w:lvl w:ilvl="0" w:tplc="DEBC8C4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E2C7D82"/>
    <w:multiLevelType w:val="multilevel"/>
    <w:tmpl w:val="54408A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D94D90"/>
    <w:multiLevelType w:val="hybridMultilevel"/>
    <w:tmpl w:val="19566C02"/>
    <w:lvl w:ilvl="0" w:tplc="260014FA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F6479A"/>
    <w:multiLevelType w:val="hybridMultilevel"/>
    <w:tmpl w:val="972854C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166802"/>
    <w:multiLevelType w:val="hybridMultilevel"/>
    <w:tmpl w:val="B468679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2114FE1"/>
    <w:multiLevelType w:val="hybridMultilevel"/>
    <w:tmpl w:val="A7B2FFBA"/>
    <w:lvl w:ilvl="0" w:tplc="A3B0FF5A">
      <w:start w:val="1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942" w:hanging="360"/>
      </w:pPr>
    </w:lvl>
    <w:lvl w:ilvl="2" w:tplc="0C0A001B" w:tentative="1">
      <w:start w:val="1"/>
      <w:numFmt w:val="lowerRoman"/>
      <w:lvlText w:val="%3."/>
      <w:lvlJc w:val="right"/>
      <w:pPr>
        <w:ind w:left="2662" w:hanging="180"/>
      </w:pPr>
    </w:lvl>
    <w:lvl w:ilvl="3" w:tplc="0C0A000F" w:tentative="1">
      <w:start w:val="1"/>
      <w:numFmt w:val="decimal"/>
      <w:lvlText w:val="%4."/>
      <w:lvlJc w:val="left"/>
      <w:pPr>
        <w:ind w:left="3382" w:hanging="360"/>
      </w:pPr>
    </w:lvl>
    <w:lvl w:ilvl="4" w:tplc="0C0A0019" w:tentative="1">
      <w:start w:val="1"/>
      <w:numFmt w:val="lowerLetter"/>
      <w:lvlText w:val="%5."/>
      <w:lvlJc w:val="left"/>
      <w:pPr>
        <w:ind w:left="4102" w:hanging="360"/>
      </w:pPr>
    </w:lvl>
    <w:lvl w:ilvl="5" w:tplc="0C0A001B" w:tentative="1">
      <w:start w:val="1"/>
      <w:numFmt w:val="lowerRoman"/>
      <w:lvlText w:val="%6."/>
      <w:lvlJc w:val="right"/>
      <w:pPr>
        <w:ind w:left="4822" w:hanging="180"/>
      </w:pPr>
    </w:lvl>
    <w:lvl w:ilvl="6" w:tplc="0C0A000F" w:tentative="1">
      <w:start w:val="1"/>
      <w:numFmt w:val="decimal"/>
      <w:lvlText w:val="%7."/>
      <w:lvlJc w:val="left"/>
      <w:pPr>
        <w:ind w:left="5542" w:hanging="360"/>
      </w:pPr>
    </w:lvl>
    <w:lvl w:ilvl="7" w:tplc="0C0A0019" w:tentative="1">
      <w:start w:val="1"/>
      <w:numFmt w:val="lowerLetter"/>
      <w:lvlText w:val="%8."/>
      <w:lvlJc w:val="left"/>
      <w:pPr>
        <w:ind w:left="6262" w:hanging="360"/>
      </w:pPr>
    </w:lvl>
    <w:lvl w:ilvl="8" w:tplc="0C0A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1" w15:restartNumberingAfterBreak="0">
    <w:nsid w:val="48703C0D"/>
    <w:multiLevelType w:val="hybridMultilevel"/>
    <w:tmpl w:val="0C4E72DA"/>
    <w:lvl w:ilvl="0" w:tplc="0C0A000F">
      <w:start w:val="1"/>
      <w:numFmt w:val="decimal"/>
      <w:lvlText w:val="%1."/>
      <w:lvlJc w:val="left"/>
      <w:pPr>
        <w:ind w:left="1582" w:hanging="360"/>
      </w:pPr>
    </w:lvl>
    <w:lvl w:ilvl="1" w:tplc="0C0A0019" w:tentative="1">
      <w:start w:val="1"/>
      <w:numFmt w:val="lowerLetter"/>
      <w:lvlText w:val="%2."/>
      <w:lvlJc w:val="left"/>
      <w:pPr>
        <w:ind w:left="2302" w:hanging="360"/>
      </w:pPr>
    </w:lvl>
    <w:lvl w:ilvl="2" w:tplc="0C0A001B" w:tentative="1">
      <w:start w:val="1"/>
      <w:numFmt w:val="lowerRoman"/>
      <w:lvlText w:val="%3."/>
      <w:lvlJc w:val="right"/>
      <w:pPr>
        <w:ind w:left="3022" w:hanging="180"/>
      </w:pPr>
    </w:lvl>
    <w:lvl w:ilvl="3" w:tplc="0C0A000F" w:tentative="1">
      <w:start w:val="1"/>
      <w:numFmt w:val="decimal"/>
      <w:lvlText w:val="%4."/>
      <w:lvlJc w:val="left"/>
      <w:pPr>
        <w:ind w:left="3742" w:hanging="360"/>
      </w:pPr>
    </w:lvl>
    <w:lvl w:ilvl="4" w:tplc="0C0A0019" w:tentative="1">
      <w:start w:val="1"/>
      <w:numFmt w:val="lowerLetter"/>
      <w:lvlText w:val="%5."/>
      <w:lvlJc w:val="left"/>
      <w:pPr>
        <w:ind w:left="4462" w:hanging="360"/>
      </w:pPr>
    </w:lvl>
    <w:lvl w:ilvl="5" w:tplc="0C0A001B" w:tentative="1">
      <w:start w:val="1"/>
      <w:numFmt w:val="lowerRoman"/>
      <w:lvlText w:val="%6."/>
      <w:lvlJc w:val="right"/>
      <w:pPr>
        <w:ind w:left="5182" w:hanging="180"/>
      </w:pPr>
    </w:lvl>
    <w:lvl w:ilvl="6" w:tplc="0C0A000F" w:tentative="1">
      <w:start w:val="1"/>
      <w:numFmt w:val="decimal"/>
      <w:lvlText w:val="%7."/>
      <w:lvlJc w:val="left"/>
      <w:pPr>
        <w:ind w:left="5902" w:hanging="360"/>
      </w:pPr>
    </w:lvl>
    <w:lvl w:ilvl="7" w:tplc="0C0A0019" w:tentative="1">
      <w:start w:val="1"/>
      <w:numFmt w:val="lowerLetter"/>
      <w:lvlText w:val="%8."/>
      <w:lvlJc w:val="left"/>
      <w:pPr>
        <w:ind w:left="6622" w:hanging="360"/>
      </w:pPr>
    </w:lvl>
    <w:lvl w:ilvl="8" w:tplc="0C0A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22" w15:restartNumberingAfterBreak="0">
    <w:nsid w:val="48A93A30"/>
    <w:multiLevelType w:val="hybridMultilevel"/>
    <w:tmpl w:val="204A0B6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523D42"/>
    <w:multiLevelType w:val="multilevel"/>
    <w:tmpl w:val="9096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1859EF"/>
    <w:multiLevelType w:val="multilevel"/>
    <w:tmpl w:val="C20A7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28E13C0"/>
    <w:multiLevelType w:val="hybridMultilevel"/>
    <w:tmpl w:val="4AA85C8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D77C49"/>
    <w:multiLevelType w:val="multilevel"/>
    <w:tmpl w:val="AF969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D6A31EC"/>
    <w:multiLevelType w:val="hybridMultilevel"/>
    <w:tmpl w:val="B3E607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18"/>
  </w:num>
  <w:num w:numId="11">
    <w:abstractNumId w:val="15"/>
  </w:num>
  <w:num w:numId="12">
    <w:abstractNumId w:val="14"/>
  </w:num>
  <w:num w:numId="13">
    <w:abstractNumId w:val="17"/>
  </w:num>
  <w:num w:numId="14">
    <w:abstractNumId w:val="9"/>
  </w:num>
  <w:num w:numId="15">
    <w:abstractNumId w:val="27"/>
  </w:num>
  <w:num w:numId="16">
    <w:abstractNumId w:val="12"/>
  </w:num>
  <w:num w:numId="17">
    <w:abstractNumId w:val="25"/>
  </w:num>
  <w:num w:numId="18">
    <w:abstractNumId w:val="22"/>
  </w:num>
  <w:num w:numId="19">
    <w:abstractNumId w:val="19"/>
  </w:num>
  <w:num w:numId="20">
    <w:abstractNumId w:val="21"/>
  </w:num>
  <w:num w:numId="21">
    <w:abstractNumId w:val="20"/>
  </w:num>
  <w:num w:numId="22">
    <w:abstractNumId w:val="24"/>
  </w:num>
  <w:num w:numId="23">
    <w:abstractNumId w:val="26"/>
  </w:num>
  <w:num w:numId="24">
    <w:abstractNumId w:val="13"/>
  </w:num>
  <w:num w:numId="25">
    <w:abstractNumId w:val="10"/>
  </w:num>
  <w:num w:numId="26">
    <w:abstractNumId w:val="11"/>
  </w:num>
  <w:num w:numId="27">
    <w:abstractNumId w:val="23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092E2A"/>
    <w:rsid w:val="000D0526"/>
    <w:rsid w:val="000E3874"/>
    <w:rsid w:val="0015074B"/>
    <w:rsid w:val="001828B0"/>
    <w:rsid w:val="001922B8"/>
    <w:rsid w:val="0019281D"/>
    <w:rsid w:val="001B6FF6"/>
    <w:rsid w:val="001C7CD4"/>
    <w:rsid w:val="00204F57"/>
    <w:rsid w:val="0024090D"/>
    <w:rsid w:val="0029639D"/>
    <w:rsid w:val="003222F1"/>
    <w:rsid w:val="0032264F"/>
    <w:rsid w:val="00326F90"/>
    <w:rsid w:val="0034208C"/>
    <w:rsid w:val="00347375"/>
    <w:rsid w:val="00356B74"/>
    <w:rsid w:val="003D57AF"/>
    <w:rsid w:val="00435ED6"/>
    <w:rsid w:val="00525619"/>
    <w:rsid w:val="00595CEE"/>
    <w:rsid w:val="005C1EBD"/>
    <w:rsid w:val="00684978"/>
    <w:rsid w:val="006E49DD"/>
    <w:rsid w:val="006E75A3"/>
    <w:rsid w:val="00750E2D"/>
    <w:rsid w:val="007D4349"/>
    <w:rsid w:val="007E77D9"/>
    <w:rsid w:val="00823D21"/>
    <w:rsid w:val="00831229"/>
    <w:rsid w:val="0084783C"/>
    <w:rsid w:val="00860633"/>
    <w:rsid w:val="00894658"/>
    <w:rsid w:val="008977F3"/>
    <w:rsid w:val="00921E67"/>
    <w:rsid w:val="00925136"/>
    <w:rsid w:val="009A6F38"/>
    <w:rsid w:val="00AA1D8D"/>
    <w:rsid w:val="00AE6203"/>
    <w:rsid w:val="00B268DC"/>
    <w:rsid w:val="00B47730"/>
    <w:rsid w:val="00B80F1A"/>
    <w:rsid w:val="00BB0D56"/>
    <w:rsid w:val="00BD5EE5"/>
    <w:rsid w:val="00C10299"/>
    <w:rsid w:val="00C271E0"/>
    <w:rsid w:val="00C77EA2"/>
    <w:rsid w:val="00CB0664"/>
    <w:rsid w:val="00CD348C"/>
    <w:rsid w:val="00D03C09"/>
    <w:rsid w:val="00D26F26"/>
    <w:rsid w:val="00DA39FC"/>
    <w:rsid w:val="00DB0647"/>
    <w:rsid w:val="00DD7304"/>
    <w:rsid w:val="00E4637A"/>
    <w:rsid w:val="00E71935"/>
    <w:rsid w:val="00EA0377"/>
    <w:rsid w:val="00F77853"/>
    <w:rsid w:val="00F94E2D"/>
    <w:rsid w:val="00FC693F"/>
    <w:rsid w:val="00FF4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046CBB3"/>
  <w14:defaultImageDpi w14:val="330"/>
  <w15:docId w15:val="{4942B9DD-FFDC-421F-BE71-1B7C6E347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EA2"/>
    <w:rPr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18BF"/>
  </w:style>
  <w:style w:type="paragraph" w:styleId="Piedepgina">
    <w:name w:val="footer"/>
    <w:basedOn w:val="Normal"/>
    <w:link w:val="PiedepginaC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18BF"/>
  </w:style>
  <w:style w:type="paragraph" w:styleId="Sinespaciad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rrafode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AA1D8D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AA1D8D"/>
  </w:style>
  <w:style w:type="paragraph" w:styleId="Textoindependiente2">
    <w:name w:val="Body Text 2"/>
    <w:basedOn w:val="Normal"/>
    <w:link w:val="Textoindependiente2Car"/>
    <w:uiPriority w:val="99"/>
    <w:unhideWhenUsed/>
    <w:rsid w:val="00AA1D8D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AA1D8D"/>
  </w:style>
  <w:style w:type="paragraph" w:styleId="Textoindependiente3">
    <w:name w:val="Body Text 3"/>
    <w:basedOn w:val="Normal"/>
    <w:link w:val="Textoindependiente3C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aconvieta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aconvieta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aconvieta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aconnmeros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aconnmeros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aconnmeros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Continuarlista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macro">
    <w:name w:val="macro"/>
    <w:link w:val="TextomacroC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rsid w:val="0029639D"/>
    <w:rPr>
      <w:rFonts w:ascii="Courier" w:hAnsi="Courier"/>
      <w:sz w:val="20"/>
      <w:szCs w:val="20"/>
    </w:rPr>
  </w:style>
  <w:style w:type="paragraph" w:styleId="Cita">
    <w:name w:val="Quote"/>
    <w:basedOn w:val="Normal"/>
    <w:next w:val="Normal"/>
    <w:link w:val="CitaCar"/>
    <w:uiPriority w:val="29"/>
    <w:qFormat/>
    <w:rsid w:val="00FC693F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FC693F"/>
    <w:rPr>
      <w:i/>
      <w:iCs/>
      <w:color w:val="000000" w:themeColor="text1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Textoennegrita">
    <w:name w:val="Strong"/>
    <w:basedOn w:val="Fuentedeprrafopredeter"/>
    <w:uiPriority w:val="22"/>
    <w:qFormat/>
    <w:rsid w:val="00FC693F"/>
    <w:rPr>
      <w:b/>
      <w:bCs/>
    </w:rPr>
  </w:style>
  <w:style w:type="character" w:styleId="nfasis">
    <w:name w:val="Emphasis"/>
    <w:basedOn w:val="Fuentedeprrafopredeter"/>
    <w:uiPriority w:val="20"/>
    <w:qFormat/>
    <w:rsid w:val="00FC693F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C693F"/>
    <w:rPr>
      <w:b/>
      <w:bCs/>
      <w:i/>
      <w:iCs/>
      <w:color w:val="4F81BD" w:themeColor="accent1"/>
    </w:rPr>
  </w:style>
  <w:style w:type="character" w:styleId="nfasissutil">
    <w:name w:val="Subtle Emphasis"/>
    <w:basedOn w:val="Fuentedeprrafopredeter"/>
    <w:uiPriority w:val="19"/>
    <w:qFormat/>
    <w:rsid w:val="00FC693F"/>
    <w:rPr>
      <w:i/>
      <w:iCs/>
      <w:color w:val="808080" w:themeColor="text1" w:themeTint="7F"/>
    </w:rPr>
  </w:style>
  <w:style w:type="character" w:styleId="nfasisintenso">
    <w:name w:val="Intense Emphasis"/>
    <w:basedOn w:val="Fuentedeprrafopredeter"/>
    <w:uiPriority w:val="21"/>
    <w:qFormat/>
    <w:rsid w:val="00FC693F"/>
    <w:rPr>
      <w:b/>
      <w:bCs/>
      <w:i/>
      <w:iCs/>
      <w:color w:val="4F81BD" w:themeColor="accent1"/>
    </w:rPr>
  </w:style>
  <w:style w:type="character" w:styleId="Referenciasutil">
    <w:name w:val="Subtle Reference"/>
    <w:basedOn w:val="Fuentedeprrafopredeter"/>
    <w:uiPriority w:val="31"/>
    <w:qFormat/>
    <w:rsid w:val="00FC693F"/>
    <w:rPr>
      <w:smallCaps/>
      <w:color w:val="C0504D" w:themeColor="accent2"/>
      <w:u w:val="single"/>
    </w:rPr>
  </w:style>
  <w:style w:type="character" w:styleId="Referenciaintensa">
    <w:name w:val="Intense Reference"/>
    <w:basedOn w:val="Fuentedeprrafopredeter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ellibro">
    <w:name w:val="Book Title"/>
    <w:basedOn w:val="Fuentedeprrafopredeter"/>
    <w:uiPriority w:val="33"/>
    <w:qFormat/>
    <w:rsid w:val="00FC693F"/>
    <w:rPr>
      <w:b/>
      <w:bCs/>
      <w:smallCaps/>
      <w:spacing w:val="5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laconcuadrcula">
    <w:name w:val="Table Grid"/>
    <w:basedOn w:val="Tab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doclaro">
    <w:name w:val="Light Shading"/>
    <w:basedOn w:val="Tab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2">
    <w:name w:val="Light Shading Accent 2"/>
    <w:basedOn w:val="Tab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doclaro-nfasis3">
    <w:name w:val="Light Shading Accent 3"/>
    <w:basedOn w:val="Tab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-nfasis5">
    <w:name w:val="Light Shading Accent 5"/>
    <w:basedOn w:val="Tab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doclaro-nfasis6">
    <w:name w:val="Light Shading Accent 6"/>
    <w:basedOn w:val="Tab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is2">
    <w:name w:val="Light List Accent 2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is3">
    <w:name w:val="Light List Accent 3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is4">
    <w:name w:val="Light List Accent 4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is5">
    <w:name w:val="Light List Accent 5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is6">
    <w:name w:val="Light List Accent 6"/>
    <w:basedOn w:val="Tab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Cuadrculaclara">
    <w:name w:val="Light Grid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Cuadrculaclara-nfasis2">
    <w:name w:val="Light Grid Accent 2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Cuadrculaclara-nfasis3">
    <w:name w:val="Light Grid Accent 3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5">
    <w:name w:val="Light Grid Accent 5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Cuadrculaclara-nfasis6">
    <w:name w:val="Light Grid Accent 6"/>
    <w:basedOn w:val="Tab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domedio1">
    <w:name w:val="Medium Shading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edia1">
    <w:name w:val="Medium Lis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edia1-nfasis2">
    <w:name w:val="Medium List 1 Accent 2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edia1-nfasis3">
    <w:name w:val="Medium List 1 Accent 3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edia1-nfasis4">
    <w:name w:val="Medium List 1 Accent 4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edia1-nfasis5">
    <w:name w:val="Medium List 1 Accent 5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edia1-nfasis6">
    <w:name w:val="Medium List 1 Accent 6"/>
    <w:basedOn w:val="Tab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edia2">
    <w:name w:val="Medium Lis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Cuadrculamedia1">
    <w:name w:val="Medium Grid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media1-nfasis2">
    <w:name w:val="Medium Grid 1 Accent 2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media1-nfasis3">
    <w:name w:val="Medium Grid 1 Accent 3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media1-nfasis4">
    <w:name w:val="Medium Grid 1 Accent 4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media1-nfasis5">
    <w:name w:val="Medium Grid 1 Accent 5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1-nfasis6">
    <w:name w:val="Medium Grid 1 Accent 6"/>
    <w:basedOn w:val="Tab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Cuadrculamedia2">
    <w:name w:val="Medium Grid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Cuadrculamedia3-nfasis2">
    <w:name w:val="Medium Grid 3 Accent 2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Cuadrculamedia3-nfasis3">
    <w:name w:val="Medium Grid 3 Accent 3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Cuadrculamedia3-nfasis4">
    <w:name w:val="Medium Grid 3 Accent 4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Cuadrculamedia3-nfasis5">
    <w:name w:val="Medium Grid 3 Accent 5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Cuadrculamedia3-nfasis6">
    <w:name w:val="Medium Grid 3 Accent 6"/>
    <w:basedOn w:val="Tab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oscura">
    <w:name w:val="Dark List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oscura-nfasis2">
    <w:name w:val="Dark List Accent 2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oscura-nfasis3">
    <w:name w:val="Dark List Accent 3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oscura-nfasis4">
    <w:name w:val="Dark List Accent 4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oscura-nfasis5">
    <w:name w:val="Dark List Accent 5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oscura-nfasis6">
    <w:name w:val="Dark List Accent 6"/>
    <w:basedOn w:val="Tab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dovistoso">
    <w:name w:val="Colorful Shading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vistosa">
    <w:name w:val="Colorful List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vistosa-nfasis2">
    <w:name w:val="Colorful List Accent 2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vistosa-nfasis3">
    <w:name w:val="Colorful List Accent 3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vistosa-nfasis4">
    <w:name w:val="Colorful List Accent 4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vistosa-nfasis5">
    <w:name w:val="Colorful List Accent 5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vistosa-nfasis6">
    <w:name w:val="Colorful List Accent 6"/>
    <w:basedOn w:val="Tab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uadrculavistosa">
    <w:name w:val="Colorful Grid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ipervnculo">
    <w:name w:val="Hyperlink"/>
    <w:basedOn w:val="Fuentedeprrafopredeter"/>
    <w:uiPriority w:val="99"/>
    <w:unhideWhenUsed/>
    <w:rsid w:val="000E3874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B6F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3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0D07F85-808F-4AE7-B4B8-FB9BE37B0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393</Words>
  <Characters>2167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2555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11</cp:lastModifiedBy>
  <cp:revision>17</cp:revision>
  <cp:lastPrinted>2025-09-01T10:24:00Z</cp:lastPrinted>
  <dcterms:created xsi:type="dcterms:W3CDTF">2025-09-01T11:14:00Z</dcterms:created>
  <dcterms:modified xsi:type="dcterms:W3CDTF">2026-03-10T10:04:00Z</dcterms:modified>
  <cp:category/>
</cp:coreProperties>
</file>