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8F2" w:rsidRPr="00FF48F2" w:rsidRDefault="00921E67" w:rsidP="009A6F38">
      <w:pPr>
        <w:spacing w:line="240" w:lineRule="auto"/>
        <w:jc w:val="center"/>
        <w:rPr>
          <w:rFonts w:ascii="Verdana" w:hAnsi="Verdana"/>
          <w:color w:val="3A6168"/>
          <w:sz w:val="40"/>
          <w:szCs w:val="40"/>
          <w:lang w:val="es-ES_tradnl"/>
        </w:rPr>
      </w:pPr>
      <w:r>
        <w:rPr>
          <w:rFonts w:ascii="Verdana" w:hAnsi="Verdana"/>
          <w:color w:val="3A6168"/>
          <w:sz w:val="40"/>
          <w:szCs w:val="40"/>
          <w:lang w:val="es-ES_tradnl"/>
        </w:rPr>
        <w:t>SABER BÁSICO A.2</w:t>
      </w:r>
      <w:r w:rsidR="00FF48F2" w:rsidRPr="00FF48F2">
        <w:rPr>
          <w:rFonts w:ascii="Verdana" w:hAnsi="Verdana"/>
          <w:color w:val="3A6168"/>
          <w:sz w:val="40"/>
          <w:szCs w:val="40"/>
          <w:lang w:val="es-ES_tradnl"/>
        </w:rPr>
        <w:t xml:space="preserve"> – </w:t>
      </w:r>
      <w:r w:rsidR="009A6F38">
        <w:rPr>
          <w:rFonts w:ascii="Verdana" w:hAnsi="Verdana"/>
          <w:color w:val="3A6168"/>
          <w:sz w:val="40"/>
          <w:szCs w:val="40"/>
          <w:lang w:val="es-ES_tradnl"/>
        </w:rPr>
        <w:t>L. Sentido numérico: 2. Sentido de las operaciones</w:t>
      </w:r>
    </w:p>
    <w:p w:rsidR="00FF48F2" w:rsidRPr="00FF48F2" w:rsidRDefault="00FF48F2" w:rsidP="00FF48F2">
      <w:pPr>
        <w:spacing w:line="240" w:lineRule="auto"/>
        <w:jc w:val="center"/>
        <w:rPr>
          <w:lang w:val="es-ES_tradnl"/>
        </w:rPr>
      </w:pPr>
      <w:r w:rsidRPr="00FF48F2">
        <w:rPr>
          <w:rFonts w:ascii="Verdana" w:hAnsi="Verdana"/>
          <w:color w:val="3A6168"/>
          <w:sz w:val="28"/>
          <w:lang w:val="es-ES_tradnl"/>
        </w:rPr>
        <w:t>(MATERIAL DE ESTUDIO)</w:t>
      </w:r>
    </w:p>
    <w:p w:rsidR="003222F1" w:rsidRDefault="003222F1">
      <w:pPr>
        <w:rPr>
          <w:lang w:val="es-ES_tradnl"/>
        </w:rPr>
      </w:pPr>
    </w:p>
    <w:p w:rsidR="00FF48F2" w:rsidRPr="00C77EA2" w:rsidRDefault="00C77EA2" w:rsidP="00C77EA2">
      <w:pPr>
        <w:rPr>
          <w:rFonts w:ascii="Verdana" w:hAnsi="Verdana"/>
          <w:b/>
          <w:color w:val="3A6168"/>
          <w:sz w:val="28"/>
          <w:szCs w:val="28"/>
          <w:lang w:val="es-ES_tradnl"/>
        </w:rPr>
      </w:pPr>
      <w:r w:rsidRPr="00C77EA2">
        <w:rPr>
          <w:rFonts w:ascii="Verdana" w:hAnsi="Verdana"/>
          <w:b/>
          <w:color w:val="3A6168"/>
          <w:sz w:val="28"/>
          <w:szCs w:val="28"/>
          <w:lang w:val="es-ES_tradnl"/>
        </w:rPr>
        <w:t>1.</w:t>
      </w:r>
      <w:r>
        <w:rPr>
          <w:rFonts w:ascii="Verdana" w:hAnsi="Verdana"/>
          <w:b/>
          <w:color w:val="3A6168"/>
          <w:sz w:val="28"/>
          <w:szCs w:val="28"/>
          <w:lang w:val="es-ES_tradnl"/>
        </w:rPr>
        <w:t xml:space="preserve"> Objetivo del material</w:t>
      </w:r>
      <w:r w:rsidR="00FF48F2" w:rsidRPr="00C77EA2">
        <w:rPr>
          <w:rFonts w:ascii="Verdana" w:hAnsi="Verdana"/>
          <w:b/>
          <w:color w:val="3A6168"/>
          <w:sz w:val="28"/>
          <w:szCs w:val="28"/>
          <w:lang w:val="es-ES_tradnl"/>
        </w:rPr>
        <w:t xml:space="preserve"> </w:t>
      </w:r>
    </w:p>
    <w:p w:rsidR="00FF48F2" w:rsidRPr="0034208C" w:rsidRDefault="00FF48F2" w:rsidP="00FF48F2">
      <w:pPr>
        <w:ind w:left="567"/>
        <w:jc w:val="both"/>
        <w:rPr>
          <w:rFonts w:ascii="Verdana" w:hAnsi="Verdana"/>
          <w:color w:val="3A6168"/>
          <w:sz w:val="16"/>
          <w:szCs w:val="16"/>
          <w:lang w:val="es-ES_tradnl"/>
        </w:rPr>
      </w:pPr>
    </w:p>
    <w:p w:rsidR="00FF48F2" w:rsidRPr="0034208C" w:rsidRDefault="00921E67" w:rsidP="00921E67">
      <w:pPr>
        <w:ind w:left="284"/>
        <w:jc w:val="both"/>
        <w:rPr>
          <w:rFonts w:ascii="Verdana" w:hAnsi="Verdana"/>
          <w:color w:val="3A6168"/>
          <w:sz w:val="16"/>
          <w:szCs w:val="16"/>
          <w:lang w:val="es-ES_tradnl"/>
        </w:rPr>
      </w:pPr>
      <w:r>
        <w:rPr>
          <w:rFonts w:ascii="Verdana" w:hAnsi="Verdana"/>
          <w:color w:val="3A6168"/>
          <w:sz w:val="24"/>
          <w:szCs w:val="24"/>
          <w:lang w:val="es-ES_tradnl"/>
        </w:rPr>
        <w:t xml:space="preserve">Utilizar las propiedades de las operaciones: </w:t>
      </w:r>
      <w:r w:rsidRPr="00921E67">
        <w:rPr>
          <w:rFonts w:ascii="Verdana" w:hAnsi="Verdana"/>
          <w:color w:val="3A6168"/>
          <w:sz w:val="24"/>
          <w:szCs w:val="24"/>
          <w:lang w:val="es-ES_tradnl"/>
        </w:rPr>
        <w:t>cálculos de manera eficiente</w:t>
      </w:r>
      <w:r>
        <w:rPr>
          <w:rFonts w:ascii="Verdana" w:hAnsi="Verdana"/>
          <w:color w:val="3A6168"/>
          <w:sz w:val="24"/>
          <w:szCs w:val="24"/>
          <w:lang w:val="es-ES_tradnl"/>
        </w:rPr>
        <w:t xml:space="preserve"> con números naturales, enteros y decimales.</w:t>
      </w:r>
    </w:p>
    <w:p w:rsidR="00FF48F2" w:rsidRPr="0034208C" w:rsidRDefault="00C77EA2" w:rsidP="0034208C">
      <w:pPr>
        <w:jc w:val="both"/>
        <w:rPr>
          <w:rFonts w:ascii="Verdana" w:hAnsi="Verdana"/>
          <w:b/>
          <w:color w:val="3A6168"/>
          <w:sz w:val="28"/>
          <w:szCs w:val="28"/>
          <w:lang w:val="es-ES_tradnl"/>
        </w:rPr>
      </w:pPr>
      <w:r>
        <w:rPr>
          <w:rFonts w:ascii="Verdana" w:hAnsi="Verdana"/>
          <w:b/>
          <w:color w:val="3A6168"/>
          <w:sz w:val="28"/>
          <w:szCs w:val="28"/>
          <w:lang w:val="es-ES_tradnl"/>
        </w:rPr>
        <w:t>2</w:t>
      </w:r>
      <w:r w:rsidR="0034208C" w:rsidRPr="0034208C">
        <w:rPr>
          <w:rFonts w:ascii="Verdana" w:hAnsi="Verdana"/>
          <w:b/>
          <w:color w:val="3A6168"/>
          <w:sz w:val="28"/>
          <w:szCs w:val="28"/>
          <w:lang w:val="es-ES_tradnl"/>
        </w:rPr>
        <w:t>.</w:t>
      </w:r>
      <w:r w:rsidR="0034208C">
        <w:rPr>
          <w:rFonts w:ascii="Verdana" w:hAnsi="Verdana"/>
          <w:b/>
          <w:color w:val="3A6168"/>
          <w:sz w:val="28"/>
          <w:szCs w:val="28"/>
          <w:lang w:val="es-ES_tradnl"/>
        </w:rPr>
        <w:t xml:space="preserve"> </w:t>
      </w:r>
      <w:r w:rsidR="00925136">
        <w:rPr>
          <w:rFonts w:ascii="Verdana" w:hAnsi="Verdana"/>
          <w:b/>
          <w:color w:val="3A6168"/>
          <w:sz w:val="28"/>
          <w:szCs w:val="28"/>
          <w:lang w:val="es-ES_tradnl"/>
        </w:rPr>
        <w:t>Ejemplos resueltos</w:t>
      </w:r>
    </w:p>
    <w:p w:rsidR="00925136" w:rsidRPr="00925136" w:rsidRDefault="00925136" w:rsidP="00925136">
      <w:pPr>
        <w:ind w:left="567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92513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Expresión: </w:t>
      </w:r>
      <w:r w:rsidRPr="00925136">
        <w:rPr>
          <w:rFonts w:ascii="Verdana" w:hAnsi="Verdana"/>
          <w:color w:val="3A6168"/>
          <w:sz w:val="24"/>
          <w:szCs w:val="24"/>
          <w:lang w:val="es-ES_tradnl"/>
        </w:rPr>
        <w:t>(5 + 3) × 2</w:t>
      </w:r>
    </w:p>
    <w:p w:rsidR="00925136" w:rsidRPr="00925136" w:rsidRDefault="00925136" w:rsidP="00925136">
      <w:pPr>
        <w:ind w:left="567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925136">
        <w:rPr>
          <w:rFonts w:ascii="Verdana" w:hAnsi="Verdana"/>
          <w:b/>
          <w:color w:val="3A6168"/>
          <w:sz w:val="24"/>
          <w:szCs w:val="24"/>
          <w:lang w:val="es-ES_tradnl"/>
        </w:rPr>
        <w:t>•</w:t>
      </w:r>
      <w:r w:rsidRPr="00925136">
        <w:rPr>
          <w:rFonts w:ascii="Verdana" w:hAnsi="Verdana"/>
          <w:b/>
          <w:color w:val="3A6168"/>
          <w:sz w:val="24"/>
          <w:szCs w:val="24"/>
          <w:lang w:val="es-ES_tradnl"/>
        </w:rPr>
        <w:tab/>
      </w:r>
      <w:r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Operación del interior de los paréntesis: </w:t>
      </w:r>
      <w:r w:rsidRPr="00925136">
        <w:rPr>
          <w:rFonts w:ascii="Verdana" w:hAnsi="Verdana"/>
          <w:color w:val="3A6168"/>
          <w:sz w:val="24"/>
          <w:szCs w:val="24"/>
          <w:lang w:val="es-ES_tradnl"/>
        </w:rPr>
        <w:t>5 + 3 = 8</w:t>
      </w:r>
    </w:p>
    <w:p w:rsidR="00925136" w:rsidRPr="00925136" w:rsidRDefault="00925136" w:rsidP="00925136">
      <w:pPr>
        <w:ind w:left="567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925136">
        <w:rPr>
          <w:rFonts w:ascii="Verdana" w:hAnsi="Verdana"/>
          <w:b/>
          <w:color w:val="3A6168"/>
          <w:sz w:val="24"/>
          <w:szCs w:val="24"/>
          <w:lang w:val="es-ES_tradnl"/>
        </w:rPr>
        <w:t>•</w:t>
      </w:r>
      <w:r w:rsidRPr="00925136">
        <w:rPr>
          <w:rFonts w:ascii="Verdana" w:hAnsi="Verdana"/>
          <w:b/>
          <w:color w:val="3A6168"/>
          <w:sz w:val="24"/>
          <w:szCs w:val="24"/>
          <w:lang w:val="es-ES_tradnl"/>
        </w:rPr>
        <w:tab/>
      </w:r>
      <w:r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Operación exterior: </w:t>
      </w:r>
      <w:r w:rsidRPr="00925136">
        <w:rPr>
          <w:rFonts w:ascii="Verdana" w:hAnsi="Verdana"/>
          <w:color w:val="3A6168"/>
          <w:sz w:val="24"/>
          <w:szCs w:val="24"/>
          <w:lang w:val="es-ES_tradnl"/>
        </w:rPr>
        <w:t>8 × 2 = 16</w:t>
      </w:r>
    </w:p>
    <w:p w:rsidR="00925136" w:rsidRPr="00925136" w:rsidRDefault="00925136" w:rsidP="00925136">
      <w:pPr>
        <w:ind w:left="567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925136">
        <w:rPr>
          <w:rFonts w:ascii="Verdana" w:hAnsi="Verdana"/>
          <w:b/>
          <w:color w:val="3A6168"/>
          <w:sz w:val="24"/>
          <w:szCs w:val="24"/>
          <w:lang w:val="es-ES_tradnl"/>
        </w:rPr>
        <w:t>Resultado final: 16</w:t>
      </w:r>
    </w:p>
    <w:p w:rsidR="00925136" w:rsidRPr="00925136" w:rsidRDefault="00925136" w:rsidP="00925136">
      <w:pPr>
        <w:ind w:left="567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</w:p>
    <w:p w:rsidR="00925136" w:rsidRPr="00925136" w:rsidRDefault="00925136" w:rsidP="00925136">
      <w:pPr>
        <w:ind w:left="567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92513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Expresión: </w:t>
      </w:r>
      <w:r w:rsidRPr="00925136">
        <w:rPr>
          <w:rFonts w:ascii="Verdana" w:hAnsi="Verdana"/>
          <w:color w:val="3A6168"/>
          <w:sz w:val="24"/>
          <w:szCs w:val="24"/>
          <w:lang w:val="es-ES_tradnl"/>
        </w:rPr>
        <w:t>20 - 4 × 3</w:t>
      </w:r>
    </w:p>
    <w:p w:rsidR="00925136" w:rsidRPr="00925136" w:rsidRDefault="00925136" w:rsidP="00925136">
      <w:pPr>
        <w:ind w:left="567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>
        <w:rPr>
          <w:rFonts w:ascii="Verdana" w:hAnsi="Verdana"/>
          <w:b/>
          <w:color w:val="3A6168"/>
          <w:sz w:val="24"/>
          <w:szCs w:val="24"/>
          <w:lang w:val="es-ES_tradnl"/>
        </w:rPr>
        <w:t>•</w:t>
      </w:r>
      <w:r>
        <w:rPr>
          <w:rFonts w:ascii="Verdana" w:hAnsi="Verdana"/>
          <w:b/>
          <w:color w:val="3A6168"/>
          <w:sz w:val="24"/>
          <w:szCs w:val="24"/>
          <w:lang w:val="es-ES_tradnl"/>
        </w:rPr>
        <w:tab/>
        <w:t>Multiplicaciones:</w:t>
      </w:r>
      <w:r w:rsidRPr="0092513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 </w:t>
      </w:r>
      <w:r w:rsidRPr="00925136">
        <w:rPr>
          <w:rFonts w:ascii="Verdana" w:hAnsi="Verdana"/>
          <w:color w:val="3A6168"/>
          <w:sz w:val="24"/>
          <w:szCs w:val="24"/>
          <w:lang w:val="es-ES_tradnl"/>
        </w:rPr>
        <w:t>4 × 3 = 12</w:t>
      </w:r>
    </w:p>
    <w:p w:rsidR="00925136" w:rsidRPr="00925136" w:rsidRDefault="00925136" w:rsidP="00925136">
      <w:pPr>
        <w:ind w:left="567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>
        <w:rPr>
          <w:rFonts w:ascii="Verdana" w:hAnsi="Verdana"/>
          <w:b/>
          <w:color w:val="3A6168"/>
          <w:sz w:val="24"/>
          <w:szCs w:val="24"/>
          <w:lang w:val="es-ES_tradnl"/>
        </w:rPr>
        <w:t>•</w:t>
      </w:r>
      <w:r>
        <w:rPr>
          <w:rFonts w:ascii="Verdana" w:hAnsi="Verdana"/>
          <w:b/>
          <w:color w:val="3A6168"/>
          <w:sz w:val="24"/>
          <w:szCs w:val="24"/>
          <w:lang w:val="es-ES_tradnl"/>
        </w:rPr>
        <w:tab/>
        <w:t>Sumas y restas de izquierda a derecha:</w:t>
      </w:r>
      <w:r w:rsidRPr="0092513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 </w:t>
      </w:r>
      <w:r w:rsidRPr="00925136">
        <w:rPr>
          <w:rFonts w:ascii="Verdana" w:hAnsi="Verdana"/>
          <w:color w:val="3A6168"/>
          <w:sz w:val="24"/>
          <w:szCs w:val="24"/>
          <w:lang w:val="es-ES_tradnl"/>
        </w:rPr>
        <w:t>20 - 12 = 8</w:t>
      </w:r>
    </w:p>
    <w:p w:rsidR="00925136" w:rsidRPr="00925136" w:rsidRDefault="00925136" w:rsidP="00925136">
      <w:pPr>
        <w:ind w:left="567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925136">
        <w:rPr>
          <w:rFonts w:ascii="Verdana" w:hAnsi="Verdana"/>
          <w:b/>
          <w:color w:val="3A6168"/>
          <w:sz w:val="24"/>
          <w:szCs w:val="24"/>
          <w:lang w:val="es-ES_tradnl"/>
        </w:rPr>
        <w:t>Resultado final: 8</w:t>
      </w:r>
    </w:p>
    <w:p w:rsidR="00925136" w:rsidRPr="00925136" w:rsidRDefault="00925136" w:rsidP="00925136">
      <w:pPr>
        <w:ind w:left="567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</w:p>
    <w:p w:rsidR="00925136" w:rsidRPr="00925136" w:rsidRDefault="00925136" w:rsidP="00925136">
      <w:pPr>
        <w:ind w:left="567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92513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Expresión: </w:t>
      </w:r>
      <w:r>
        <w:rPr>
          <w:rFonts w:ascii="Verdana" w:hAnsi="Verdana"/>
          <w:color w:val="3A6168"/>
          <w:sz w:val="24"/>
          <w:szCs w:val="24"/>
          <w:lang w:val="es-ES_tradnl"/>
        </w:rPr>
        <w:t>(15,5 - 2,5):</w:t>
      </w:r>
      <w:r w:rsidRPr="00925136">
        <w:rPr>
          <w:rFonts w:ascii="Verdana" w:hAnsi="Verdana"/>
          <w:color w:val="3A6168"/>
          <w:sz w:val="24"/>
          <w:szCs w:val="24"/>
          <w:lang w:val="es-ES_tradnl"/>
        </w:rPr>
        <w:t>2</w:t>
      </w:r>
    </w:p>
    <w:p w:rsidR="00925136" w:rsidRPr="00925136" w:rsidRDefault="00925136" w:rsidP="00925136">
      <w:pPr>
        <w:ind w:left="567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925136">
        <w:rPr>
          <w:rFonts w:ascii="Verdana" w:hAnsi="Verdana"/>
          <w:b/>
          <w:color w:val="3A6168"/>
          <w:sz w:val="24"/>
          <w:szCs w:val="24"/>
          <w:lang w:val="es-ES_tradnl"/>
        </w:rPr>
        <w:t>•</w:t>
      </w:r>
      <w:r w:rsidRPr="00925136">
        <w:rPr>
          <w:rFonts w:ascii="Verdana" w:hAnsi="Verdana"/>
          <w:b/>
          <w:color w:val="3A6168"/>
          <w:sz w:val="24"/>
          <w:szCs w:val="24"/>
          <w:lang w:val="es-ES_tradnl"/>
        </w:rPr>
        <w:tab/>
      </w:r>
      <w:r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Operación del interior de los paréntesis: </w:t>
      </w:r>
      <w:r w:rsidRPr="00925136">
        <w:rPr>
          <w:rFonts w:ascii="Verdana" w:hAnsi="Verdana"/>
          <w:color w:val="3A6168"/>
          <w:sz w:val="24"/>
          <w:szCs w:val="24"/>
          <w:lang w:val="es-ES_tradnl"/>
        </w:rPr>
        <w:t>15,5 - 2,5 = 13</w:t>
      </w:r>
    </w:p>
    <w:p w:rsidR="00925136" w:rsidRPr="00925136" w:rsidRDefault="00925136" w:rsidP="00925136">
      <w:pPr>
        <w:ind w:left="567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925136">
        <w:rPr>
          <w:rFonts w:ascii="Verdana" w:hAnsi="Verdana"/>
          <w:b/>
          <w:color w:val="3A6168"/>
          <w:sz w:val="24"/>
          <w:szCs w:val="24"/>
          <w:lang w:val="es-ES_tradnl"/>
        </w:rPr>
        <w:t>•</w:t>
      </w:r>
      <w:r w:rsidRPr="00925136">
        <w:rPr>
          <w:rFonts w:ascii="Verdana" w:hAnsi="Verdana"/>
          <w:b/>
          <w:color w:val="3A6168"/>
          <w:sz w:val="24"/>
          <w:szCs w:val="24"/>
          <w:lang w:val="es-ES_tradnl"/>
        </w:rPr>
        <w:tab/>
      </w:r>
      <w:r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Operación exterior: </w:t>
      </w:r>
      <w:r w:rsidRPr="00925136">
        <w:rPr>
          <w:rFonts w:ascii="Verdana" w:hAnsi="Verdana"/>
          <w:color w:val="3A6168"/>
          <w:sz w:val="24"/>
          <w:szCs w:val="24"/>
          <w:lang w:val="es-ES_tradnl"/>
        </w:rPr>
        <w:t>13 ÷ 2 = 6,5</w:t>
      </w:r>
    </w:p>
    <w:p w:rsidR="007D4349" w:rsidRPr="00435ED6" w:rsidRDefault="00925136" w:rsidP="00925136">
      <w:pPr>
        <w:ind w:left="567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925136">
        <w:rPr>
          <w:rFonts w:ascii="Verdana" w:hAnsi="Verdana"/>
          <w:b/>
          <w:color w:val="3A6168"/>
          <w:sz w:val="24"/>
          <w:szCs w:val="24"/>
          <w:lang w:val="es-ES_tradnl"/>
        </w:rPr>
        <w:t xml:space="preserve">Resultado final: </w:t>
      </w:r>
      <w:r w:rsidRPr="00925136">
        <w:rPr>
          <w:rFonts w:ascii="Verdana" w:hAnsi="Verdana"/>
          <w:color w:val="3A6168"/>
          <w:sz w:val="24"/>
          <w:szCs w:val="24"/>
          <w:lang w:val="es-ES_tradnl"/>
        </w:rPr>
        <w:t>6,5</w:t>
      </w:r>
    </w:p>
    <w:p w:rsidR="00435ED6" w:rsidRPr="00435ED6" w:rsidRDefault="00435ED6" w:rsidP="00435ED6">
      <w:pPr>
        <w:ind w:left="567"/>
        <w:jc w:val="both"/>
        <w:rPr>
          <w:rFonts w:ascii="Verdana" w:hAnsi="Verdana"/>
          <w:b/>
          <w:color w:val="3A6168"/>
          <w:lang w:val="es-ES_tradnl"/>
        </w:rPr>
      </w:pPr>
    </w:p>
    <w:p w:rsidR="00C77EA2" w:rsidRPr="0034208C" w:rsidRDefault="00C77EA2" w:rsidP="00C77EA2">
      <w:pPr>
        <w:jc w:val="both"/>
        <w:rPr>
          <w:rFonts w:ascii="Verdana" w:hAnsi="Verdana"/>
          <w:b/>
          <w:color w:val="3A6168"/>
          <w:sz w:val="28"/>
          <w:szCs w:val="28"/>
          <w:lang w:val="es-ES_tradnl"/>
        </w:rPr>
      </w:pPr>
      <w:r>
        <w:rPr>
          <w:rFonts w:ascii="Verdana" w:hAnsi="Verdana"/>
          <w:b/>
          <w:color w:val="3A6168"/>
          <w:sz w:val="28"/>
          <w:szCs w:val="28"/>
          <w:lang w:val="es-ES_tradnl"/>
        </w:rPr>
        <w:t>3</w:t>
      </w:r>
      <w:r w:rsidRPr="0034208C">
        <w:rPr>
          <w:rFonts w:ascii="Verdana" w:hAnsi="Verdana"/>
          <w:b/>
          <w:color w:val="3A6168"/>
          <w:sz w:val="28"/>
          <w:szCs w:val="28"/>
          <w:lang w:val="es-ES_tradnl"/>
        </w:rPr>
        <w:t>.</w:t>
      </w:r>
      <w:r>
        <w:rPr>
          <w:rFonts w:ascii="Verdana" w:hAnsi="Verdana"/>
          <w:b/>
          <w:color w:val="3A6168"/>
          <w:sz w:val="28"/>
          <w:szCs w:val="28"/>
          <w:lang w:val="es-ES_tradnl"/>
        </w:rPr>
        <w:t xml:space="preserve"> AUTOEVALUACIÓN</w:t>
      </w:r>
    </w:p>
    <w:p w:rsidR="00925136" w:rsidRPr="00925136" w:rsidRDefault="00925136" w:rsidP="00925136">
      <w:pPr>
        <w:ind w:left="567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925136">
        <w:rPr>
          <w:rFonts w:ascii="Verdana" w:hAnsi="Verdana"/>
          <w:b/>
          <w:color w:val="3A6168"/>
          <w:sz w:val="24"/>
          <w:szCs w:val="24"/>
          <w:lang w:val="es-ES_tradnl"/>
        </w:rPr>
        <w:t>Nivel básico</w:t>
      </w:r>
    </w:p>
    <w:p w:rsidR="00925136" w:rsidRPr="00925136" w:rsidRDefault="00925136" w:rsidP="00925136">
      <w:pPr>
        <w:ind w:left="567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925136">
        <w:rPr>
          <w:rFonts w:ascii="Verdana" w:hAnsi="Verdana"/>
          <w:color w:val="3A6168"/>
          <w:sz w:val="24"/>
          <w:szCs w:val="24"/>
          <w:lang w:val="es-ES_tradnl"/>
        </w:rPr>
        <w:t>12 + 8 × 2 = ____________</w:t>
      </w:r>
    </w:p>
    <w:p w:rsidR="00925136" w:rsidRPr="00925136" w:rsidRDefault="00925136" w:rsidP="00925136">
      <w:pPr>
        <w:ind w:left="567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925136">
        <w:rPr>
          <w:rFonts w:ascii="Verdana" w:hAnsi="Verdana"/>
          <w:color w:val="3A6168"/>
          <w:sz w:val="24"/>
          <w:szCs w:val="24"/>
          <w:lang w:val="es-ES_tradnl"/>
        </w:rPr>
        <w:t>(20 - 5) × 3 = ____________</w:t>
      </w:r>
    </w:p>
    <w:p w:rsidR="00925136" w:rsidRPr="00925136" w:rsidRDefault="00925136" w:rsidP="00925136">
      <w:pPr>
        <w:ind w:left="567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925136">
        <w:rPr>
          <w:rFonts w:ascii="Verdana" w:hAnsi="Verdana"/>
          <w:color w:val="3A6168"/>
          <w:sz w:val="24"/>
          <w:szCs w:val="24"/>
          <w:lang w:val="es-ES_tradnl"/>
        </w:rPr>
        <w:t>45 ÷ 5 + 7 = ____________</w:t>
      </w:r>
    </w:p>
    <w:p w:rsidR="00925136" w:rsidRPr="00925136" w:rsidRDefault="00925136" w:rsidP="00925136">
      <w:pPr>
        <w:ind w:left="567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925136">
        <w:rPr>
          <w:rFonts w:ascii="Verdana" w:hAnsi="Verdana"/>
          <w:color w:val="3A6168"/>
          <w:sz w:val="24"/>
          <w:szCs w:val="24"/>
          <w:lang w:val="es-ES_tradnl"/>
        </w:rPr>
        <w:t>(10 + 6) ÷ 4 = ____________</w:t>
      </w:r>
    </w:p>
    <w:p w:rsidR="00925136" w:rsidRPr="00925136" w:rsidRDefault="00925136" w:rsidP="00925136">
      <w:pPr>
        <w:ind w:left="567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925136">
        <w:rPr>
          <w:rFonts w:ascii="Verdana" w:hAnsi="Verdana"/>
          <w:color w:val="3A6168"/>
          <w:sz w:val="24"/>
          <w:szCs w:val="24"/>
          <w:lang w:val="es-ES_tradnl"/>
        </w:rPr>
        <w:t>7 × (3 + 2) = ____________</w:t>
      </w:r>
    </w:p>
    <w:p w:rsidR="00925136" w:rsidRPr="00925136" w:rsidRDefault="00925136" w:rsidP="00925136">
      <w:pPr>
        <w:ind w:left="567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925136">
        <w:rPr>
          <w:rFonts w:ascii="Verdana" w:hAnsi="Verdana"/>
          <w:b/>
          <w:color w:val="3A6168"/>
          <w:sz w:val="24"/>
          <w:szCs w:val="24"/>
          <w:lang w:val="es-ES_tradnl"/>
        </w:rPr>
        <w:t>Nivel intermedio</w:t>
      </w:r>
    </w:p>
    <w:p w:rsidR="00925136" w:rsidRPr="00925136" w:rsidRDefault="00925136" w:rsidP="00925136">
      <w:pPr>
        <w:ind w:left="567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925136">
        <w:rPr>
          <w:rFonts w:ascii="Verdana" w:hAnsi="Verdana"/>
          <w:color w:val="3A6168"/>
          <w:sz w:val="24"/>
          <w:szCs w:val="24"/>
          <w:lang w:val="es-ES_tradnl"/>
        </w:rPr>
        <w:t>(25 - 5) ÷ (2 + 3) = ____________</w:t>
      </w:r>
    </w:p>
    <w:p w:rsidR="00925136" w:rsidRPr="00925136" w:rsidRDefault="00925136" w:rsidP="00925136">
      <w:pPr>
        <w:ind w:left="567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925136">
        <w:rPr>
          <w:rFonts w:ascii="Verdana" w:hAnsi="Verdana"/>
          <w:color w:val="3A6168"/>
          <w:sz w:val="24"/>
          <w:szCs w:val="24"/>
          <w:lang w:val="es-ES_tradnl"/>
        </w:rPr>
        <w:t>40 - 12 ÷ 3 + 5 = ____________</w:t>
      </w:r>
    </w:p>
    <w:p w:rsidR="00925136" w:rsidRPr="00925136" w:rsidRDefault="00925136" w:rsidP="00925136">
      <w:pPr>
        <w:ind w:left="567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925136">
        <w:rPr>
          <w:rFonts w:ascii="Verdana" w:hAnsi="Verdana"/>
          <w:color w:val="3A6168"/>
          <w:sz w:val="24"/>
          <w:szCs w:val="24"/>
          <w:lang w:val="es-ES_tradnl"/>
        </w:rPr>
        <w:t>(18,4 + 2,6) × 2 = ____________</w:t>
      </w:r>
    </w:p>
    <w:p w:rsidR="00925136" w:rsidRPr="00925136" w:rsidRDefault="00925136" w:rsidP="00925136">
      <w:pPr>
        <w:ind w:left="567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925136">
        <w:rPr>
          <w:rFonts w:ascii="Verdana" w:hAnsi="Verdana"/>
          <w:color w:val="3A6168"/>
          <w:sz w:val="24"/>
          <w:szCs w:val="24"/>
          <w:lang w:val="es-ES_tradnl"/>
        </w:rPr>
        <w:t>(50 ÷ 5) + (6 × 2) = ____________</w:t>
      </w:r>
    </w:p>
    <w:p w:rsidR="00925136" w:rsidRPr="00925136" w:rsidRDefault="00925136" w:rsidP="00925136">
      <w:pPr>
        <w:ind w:left="567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925136">
        <w:rPr>
          <w:rFonts w:ascii="Verdana" w:hAnsi="Verdana"/>
          <w:color w:val="3A6168"/>
          <w:sz w:val="24"/>
          <w:szCs w:val="24"/>
          <w:lang w:val="es-ES_tradnl"/>
        </w:rPr>
        <w:t>100 - (25 + 15) × 2 = ____________</w:t>
      </w:r>
    </w:p>
    <w:p w:rsidR="00925136" w:rsidRPr="00925136" w:rsidRDefault="00925136" w:rsidP="00925136">
      <w:pPr>
        <w:ind w:left="567"/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r w:rsidRPr="00925136">
        <w:rPr>
          <w:rFonts w:ascii="Verdana" w:hAnsi="Verdana"/>
          <w:b/>
          <w:color w:val="3A6168"/>
          <w:sz w:val="24"/>
          <w:szCs w:val="24"/>
          <w:lang w:val="es-ES_tradnl"/>
        </w:rPr>
        <w:t>Nivel avanzado</w:t>
      </w:r>
    </w:p>
    <w:p w:rsidR="00925136" w:rsidRPr="00925136" w:rsidRDefault="00925136" w:rsidP="00925136">
      <w:pPr>
        <w:ind w:left="567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925136">
        <w:rPr>
          <w:rFonts w:ascii="Verdana" w:hAnsi="Verdana"/>
          <w:color w:val="3A6168"/>
          <w:sz w:val="24"/>
          <w:szCs w:val="24"/>
          <w:lang w:val="es-ES_tradnl"/>
        </w:rPr>
        <w:t>(8,5 × 2) - (4,5 + 3,5) = ____________</w:t>
      </w:r>
    </w:p>
    <w:p w:rsidR="00925136" w:rsidRPr="00925136" w:rsidRDefault="00925136" w:rsidP="00925136">
      <w:pPr>
        <w:ind w:left="567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925136">
        <w:rPr>
          <w:rFonts w:ascii="Verdana" w:hAnsi="Verdana"/>
          <w:color w:val="3A6168"/>
          <w:sz w:val="24"/>
          <w:szCs w:val="24"/>
          <w:lang w:val="es-ES_tradnl"/>
        </w:rPr>
        <w:t>(60 ÷ 5) + (2,5 × 4) = ____________</w:t>
      </w:r>
    </w:p>
    <w:p w:rsidR="00925136" w:rsidRPr="00925136" w:rsidRDefault="00925136" w:rsidP="00925136">
      <w:pPr>
        <w:ind w:left="567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925136">
        <w:rPr>
          <w:rFonts w:ascii="Verdana" w:hAnsi="Verdana"/>
          <w:color w:val="3A6168"/>
          <w:sz w:val="24"/>
          <w:szCs w:val="24"/>
          <w:lang w:val="es-ES_tradnl"/>
        </w:rPr>
        <w:t>(30 - 12) ÷ (3 × 2) = ____________</w:t>
      </w:r>
    </w:p>
    <w:p w:rsidR="00925136" w:rsidRPr="00925136" w:rsidRDefault="00925136" w:rsidP="00925136">
      <w:pPr>
        <w:ind w:left="567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925136">
        <w:rPr>
          <w:rFonts w:ascii="Verdana" w:hAnsi="Verdana"/>
          <w:color w:val="3A6168"/>
          <w:sz w:val="24"/>
          <w:szCs w:val="24"/>
          <w:lang w:val="es-ES_tradnl"/>
        </w:rPr>
        <w:t>(12,6 + 7,4) ÷ 2 - 4 = ____________</w:t>
      </w:r>
    </w:p>
    <w:p w:rsidR="00C77EA2" w:rsidRPr="003D57AF" w:rsidRDefault="00925136" w:rsidP="00925136">
      <w:pPr>
        <w:ind w:left="567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925136">
        <w:rPr>
          <w:rFonts w:ascii="Verdana" w:hAnsi="Verdana"/>
          <w:color w:val="3A6168"/>
          <w:sz w:val="24"/>
          <w:szCs w:val="24"/>
          <w:lang w:val="es-ES_tradnl"/>
        </w:rPr>
        <w:t>150 - (20 ÷ 4 + 3 × 5) = ____________</w:t>
      </w:r>
    </w:p>
    <w:p w:rsidR="00C77EA2" w:rsidRDefault="00C77EA2" w:rsidP="00C77EA2">
      <w:pPr>
        <w:pStyle w:val="Prrafodelista"/>
        <w:ind w:left="862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C77EA2" w:rsidRDefault="00C77EA2" w:rsidP="00C77EA2">
      <w:pPr>
        <w:pStyle w:val="Prrafodelista"/>
        <w:ind w:left="862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7D4349" w:rsidRDefault="007D4349" w:rsidP="00C77EA2">
      <w:pPr>
        <w:pStyle w:val="Prrafodelista"/>
        <w:ind w:left="862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7D4349" w:rsidRDefault="007D4349" w:rsidP="00C77EA2">
      <w:pPr>
        <w:pStyle w:val="Prrafodelista"/>
        <w:ind w:left="862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C77EA2" w:rsidRPr="00C77EA2" w:rsidRDefault="00EA0377" w:rsidP="00C77EA2">
      <w:pPr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  <w:bookmarkStart w:id="0" w:name="_GoBack"/>
      <w:bookmarkEnd w:id="0"/>
      <w:r w:rsidRPr="00EA0377">
        <w:rPr>
          <w:rFonts w:ascii="Verdana" w:hAnsi="Verdana"/>
          <w:noProof/>
          <w:color w:val="3A6168"/>
          <w:sz w:val="24"/>
          <w:szCs w:val="24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5067CC4" wp14:editId="34ED220D">
                <wp:simplePos x="0" y="0"/>
                <wp:positionH relativeFrom="margin">
                  <wp:posOffset>-171450</wp:posOffset>
                </wp:positionH>
                <wp:positionV relativeFrom="paragraph">
                  <wp:posOffset>379095</wp:posOffset>
                </wp:positionV>
                <wp:extent cx="2324100" cy="657225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324100" cy="657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Expresión: (60 ÷ 5) + (2,5 × 4)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60 ÷ 5 = 12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2,5 × 4 = 10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12 + 10 = 22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Resultado final: 22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Expresión: (30 - 12) ÷ (3 × 2)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30 - 12 = 18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3 × 2 = 6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18 ÷ 6 = 3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Resultado final: 3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Expresión: (12,6 + 7,4) ÷ 2 - 4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12,6 + 7,4 = 20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20 ÷ 2 = 10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10 - 4 = 6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Resultado final: 6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Expresión: 150 - (20 ÷ 4 + 3 × 5)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20 ÷ 4 = 5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3 × 5 = 15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5 + 15 = 20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150 - 20 = 130</w:t>
                            </w:r>
                          </w:p>
                          <w:p w:rsidR="00EA0377" w:rsidRPr="00E4637A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Resultado final: 130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67CC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13.5pt;margin-top:29.85pt;width:183pt;height:517.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" filled="f" stroked="f" strokeweight=".5pt">
                <v:textbox>
                  <w:txbxContent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Expresión: (60 ÷ 5) + (2,5 × 4)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60 ÷ 5 = 12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2,5 × 4 = 10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12 + 10 = 22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Resultado final: 22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Expresión: (30 - 12) ÷ (3 × 2)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30 - 12 = 18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3 × 2 = 6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18 ÷ 6 = 3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Resultado final: 3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Expresión: (12,6 + 7,4) ÷ 2 - 4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12,6 + 7,4 = 20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20 ÷ 2 = 10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10 - 4 = 6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Resultado final: 6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Expresión: 150 - (20 ÷ 4 + 3 × 5)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20 ÷ 4 = 5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3 × 5 = 15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5 + 15 = 20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150 - 20 = 130</w:t>
                      </w:r>
                    </w:p>
                    <w:p w:rsidR="00EA0377" w:rsidRPr="00E4637A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Resultado final: 130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7EA2" w:rsidRPr="00C77EA2">
        <w:rPr>
          <w:rFonts w:ascii="Verdana" w:hAnsi="Verdana"/>
          <w:b/>
          <w:color w:val="3A6168"/>
          <w:sz w:val="24"/>
          <w:szCs w:val="24"/>
          <w:lang w:val="es-ES_tradnl"/>
        </w:rPr>
        <w:t>4. POSIBLES RESPUESTAS</w:t>
      </w:r>
    </w:p>
    <w:p w:rsidR="0034208C" w:rsidRDefault="00925136" w:rsidP="00FF48F2">
      <w:pPr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 w:rsidRPr="00925136">
        <w:rPr>
          <w:rFonts w:ascii="Verdana" w:hAnsi="Verdana"/>
          <w:noProof/>
          <w:color w:val="3A6168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00902D" wp14:editId="30A7CB44">
                <wp:simplePos x="0" y="0"/>
                <wp:positionH relativeFrom="margin">
                  <wp:posOffset>2105025</wp:posOffset>
                </wp:positionH>
                <wp:positionV relativeFrom="paragraph">
                  <wp:posOffset>10795</wp:posOffset>
                </wp:positionV>
                <wp:extent cx="2324100" cy="657225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324100" cy="657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Expresión: 40 - 12 ÷ 3 + 5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12 ÷ 3 = 4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40 - 4 = 36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36 + 5 = 41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Resultado final: 41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Expresión: (18,4 + 2,6) × 2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18,4 + 2,6 = 21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21 × 2 = 42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Resultado final: 42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Expresión: (50 ÷ 5) + (6 × 2)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50 ÷ 5 = 10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6 × 2 = 12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10 + 12 = 22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Resultado final: 22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Expresión: 100 - (25 + 15) × 2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25 + 15 = 40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40 × 2 = 80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100 - 80 = 20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Resultado final: 20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Expresión: (8,5 × 2) - (4,5 + 3,5)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8,5 × 2 = 17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4,5 + 3,5 = 8</w:t>
                            </w:r>
                          </w:p>
                          <w:p w:rsidR="00EA0377" w:rsidRPr="00EA0377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17 - 8 = 9</w:t>
                            </w:r>
                          </w:p>
                          <w:p w:rsidR="00925136" w:rsidRPr="00E4637A" w:rsidRDefault="00EA0377" w:rsidP="00EA0377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EA0377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Resultado final: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0902D" id="Cuadro de texto 1" o:spid="_x0000_s1027" type="#_x0000_t202" style="position:absolute;left:0;text-align:left;margin-left:165.75pt;margin-top:.85pt;width:183pt;height:517.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" filled="f" stroked="f" strokeweight=".5pt">
                <v:textbox>
                  <w:txbxContent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Expresión: 40 - 12 ÷ 3 + 5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12 ÷ 3 = 4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40 - 4 = 36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36 + 5 = 41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Resultado final: 41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Expresión: (18,4 + 2,6) × 2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18,4 + 2,6 = 21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21 × 2 = 42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Resultado final: 42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Expresión: (50 ÷ 5) + (6 × 2)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50 ÷ 5 = 10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6 × 2 = 12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10 + 12 = 22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Resultado final: 22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Expresión: 100 - (25 + 15) × 2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25 + 15 = 40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40 × 2 = 80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100 - 80 = 20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Resultado final: 20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Expresión: (8,5 × 2) - (4,5 + 3,5)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8,5 × 2 = 17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4,5 + 3,5 = 8</w:t>
                      </w:r>
                    </w:p>
                    <w:p w:rsidR="00EA0377" w:rsidRPr="00EA0377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17 - 8 = 9</w:t>
                      </w:r>
                    </w:p>
                    <w:p w:rsidR="00925136" w:rsidRPr="00E4637A" w:rsidRDefault="00EA0377" w:rsidP="00EA0377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EA0377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Resultado final: 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noProof/>
          <w:color w:val="3A6168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4286250</wp:posOffset>
                </wp:positionH>
                <wp:positionV relativeFrom="paragraph">
                  <wp:posOffset>6985</wp:posOffset>
                </wp:positionV>
                <wp:extent cx="2324100" cy="6572250"/>
                <wp:effectExtent l="0" t="0" r="0" b="0"/>
                <wp:wrapNone/>
                <wp:docPr id="86" name="Cuadro de tex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324100" cy="657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136" w:rsidRPr="00925136" w:rsidRDefault="00925136" w:rsidP="00925136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925136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Expresión: 12 + 8 × 2</w:t>
                            </w:r>
                          </w:p>
                          <w:p w:rsidR="00925136" w:rsidRPr="00925136" w:rsidRDefault="00925136" w:rsidP="00925136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925136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8 × 2 = 16</w:t>
                            </w:r>
                          </w:p>
                          <w:p w:rsidR="00925136" w:rsidRPr="00925136" w:rsidRDefault="00925136" w:rsidP="00925136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925136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12 + 16 = 28</w:t>
                            </w:r>
                          </w:p>
                          <w:p w:rsidR="00925136" w:rsidRPr="00925136" w:rsidRDefault="00925136" w:rsidP="00925136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925136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Resultado final: 28</w:t>
                            </w:r>
                          </w:p>
                          <w:p w:rsidR="00925136" w:rsidRPr="00925136" w:rsidRDefault="00925136" w:rsidP="00925136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  <w:p w:rsidR="00925136" w:rsidRPr="00925136" w:rsidRDefault="00925136" w:rsidP="00925136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925136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Expresión: (20 - 5) × 3</w:t>
                            </w:r>
                          </w:p>
                          <w:p w:rsidR="00925136" w:rsidRPr="00925136" w:rsidRDefault="00925136" w:rsidP="00925136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925136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20 - 5 = 15</w:t>
                            </w:r>
                          </w:p>
                          <w:p w:rsidR="00925136" w:rsidRPr="00925136" w:rsidRDefault="00925136" w:rsidP="00925136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925136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15 × 3 = 45</w:t>
                            </w:r>
                          </w:p>
                          <w:p w:rsidR="00925136" w:rsidRPr="00925136" w:rsidRDefault="00925136" w:rsidP="00925136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925136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Resultado final: 45</w:t>
                            </w:r>
                          </w:p>
                          <w:p w:rsidR="00925136" w:rsidRPr="00925136" w:rsidRDefault="00925136" w:rsidP="00925136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  <w:p w:rsidR="00925136" w:rsidRPr="00925136" w:rsidRDefault="00925136" w:rsidP="00925136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925136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Expresión: 45 ÷ 5 + 7</w:t>
                            </w:r>
                          </w:p>
                          <w:p w:rsidR="00925136" w:rsidRPr="00925136" w:rsidRDefault="00925136" w:rsidP="00925136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925136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45 ÷ 5 = 9</w:t>
                            </w:r>
                          </w:p>
                          <w:p w:rsidR="00925136" w:rsidRPr="00925136" w:rsidRDefault="00925136" w:rsidP="00925136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925136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9 + 7 = 16</w:t>
                            </w:r>
                          </w:p>
                          <w:p w:rsidR="00925136" w:rsidRPr="00925136" w:rsidRDefault="00925136" w:rsidP="00925136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925136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Resultado final: 16</w:t>
                            </w:r>
                          </w:p>
                          <w:p w:rsidR="00925136" w:rsidRPr="00925136" w:rsidRDefault="00925136" w:rsidP="00925136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  <w:p w:rsidR="00925136" w:rsidRPr="00925136" w:rsidRDefault="00925136" w:rsidP="00925136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925136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Expresión: (10 + 6) ÷ 4</w:t>
                            </w:r>
                          </w:p>
                          <w:p w:rsidR="00925136" w:rsidRPr="00925136" w:rsidRDefault="00925136" w:rsidP="00925136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925136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10 + 6 = 16</w:t>
                            </w:r>
                          </w:p>
                          <w:p w:rsidR="00925136" w:rsidRPr="00925136" w:rsidRDefault="00925136" w:rsidP="00925136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925136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16 ÷ 4 = 4</w:t>
                            </w:r>
                          </w:p>
                          <w:p w:rsidR="00E71935" w:rsidRDefault="00925136" w:rsidP="00925136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925136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Resultado final: 4</w:t>
                            </w:r>
                          </w:p>
                          <w:p w:rsidR="00925136" w:rsidRDefault="00925136" w:rsidP="00925136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  <w:p w:rsidR="00925136" w:rsidRPr="00925136" w:rsidRDefault="00925136" w:rsidP="00925136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925136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Expresión: 7 × (3 + 2)</w:t>
                            </w:r>
                          </w:p>
                          <w:p w:rsidR="00925136" w:rsidRPr="00925136" w:rsidRDefault="00925136" w:rsidP="00925136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925136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3 + 2 = 5</w:t>
                            </w:r>
                          </w:p>
                          <w:p w:rsidR="00925136" w:rsidRPr="00925136" w:rsidRDefault="00925136" w:rsidP="00925136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925136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7 × 5 = 35</w:t>
                            </w:r>
                          </w:p>
                          <w:p w:rsidR="00925136" w:rsidRPr="00925136" w:rsidRDefault="00925136" w:rsidP="00925136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925136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Resultado final: 35</w:t>
                            </w:r>
                          </w:p>
                          <w:p w:rsidR="00925136" w:rsidRPr="00925136" w:rsidRDefault="00925136" w:rsidP="00925136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  <w:p w:rsidR="00925136" w:rsidRPr="00925136" w:rsidRDefault="00925136" w:rsidP="00925136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925136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Expresión: (25 - 5) ÷ (2 + 3)</w:t>
                            </w:r>
                          </w:p>
                          <w:p w:rsidR="00925136" w:rsidRPr="00925136" w:rsidRDefault="00925136" w:rsidP="00925136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925136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25 - 5 = 20</w:t>
                            </w:r>
                          </w:p>
                          <w:p w:rsidR="00925136" w:rsidRPr="00925136" w:rsidRDefault="00925136" w:rsidP="00925136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925136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2 + 3 = 5</w:t>
                            </w:r>
                          </w:p>
                          <w:p w:rsidR="00925136" w:rsidRPr="00925136" w:rsidRDefault="00925136" w:rsidP="00925136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Pr="00925136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 xml:space="preserve"> 20 ÷ 5 = 4</w:t>
                            </w:r>
                          </w:p>
                          <w:p w:rsidR="00925136" w:rsidRPr="00E4637A" w:rsidRDefault="00925136" w:rsidP="00925136">
                            <w:pPr>
                              <w:pStyle w:val="Prrafodelista"/>
                              <w:spacing w:line="360" w:lineRule="auto"/>
                              <w:ind w:left="284"/>
                              <w:jc w:val="both"/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925136">
                              <w:rPr>
                                <w:rFonts w:ascii="Verdana" w:hAnsi="Verdana"/>
                                <w:color w:val="3A6168"/>
                                <w:sz w:val="18"/>
                                <w:szCs w:val="18"/>
                                <w:lang w:val="es-ES_tradnl"/>
                              </w:rPr>
                              <w:t>Resultado final: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6" o:spid="_x0000_s1028" type="#_x0000_t202" style="position:absolute;left:0;text-align:left;margin-left:337.5pt;margin-top:.55pt;width:183pt;height:517.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" filled="f" stroked="f" strokeweight=".5pt">
                <v:textbox>
                  <w:txbxContent>
                    <w:p w:rsidR="00925136" w:rsidRPr="00925136" w:rsidRDefault="00925136" w:rsidP="00925136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925136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Expresión: 12 + 8 × 2</w:t>
                      </w:r>
                    </w:p>
                    <w:p w:rsidR="00925136" w:rsidRPr="00925136" w:rsidRDefault="00925136" w:rsidP="00925136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925136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8 × 2 = 16</w:t>
                      </w:r>
                    </w:p>
                    <w:p w:rsidR="00925136" w:rsidRPr="00925136" w:rsidRDefault="00925136" w:rsidP="00925136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925136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12 + 16 = 28</w:t>
                      </w:r>
                    </w:p>
                    <w:p w:rsidR="00925136" w:rsidRPr="00925136" w:rsidRDefault="00925136" w:rsidP="00925136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925136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Resultado final: 28</w:t>
                      </w:r>
                    </w:p>
                    <w:p w:rsidR="00925136" w:rsidRPr="00925136" w:rsidRDefault="00925136" w:rsidP="00925136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</w:p>
                    <w:p w:rsidR="00925136" w:rsidRPr="00925136" w:rsidRDefault="00925136" w:rsidP="00925136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925136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Expresión: (20 - 5) × 3</w:t>
                      </w:r>
                    </w:p>
                    <w:p w:rsidR="00925136" w:rsidRPr="00925136" w:rsidRDefault="00925136" w:rsidP="00925136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925136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20 - 5 = 15</w:t>
                      </w:r>
                    </w:p>
                    <w:p w:rsidR="00925136" w:rsidRPr="00925136" w:rsidRDefault="00925136" w:rsidP="00925136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925136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15 × 3 = 45</w:t>
                      </w:r>
                    </w:p>
                    <w:p w:rsidR="00925136" w:rsidRPr="00925136" w:rsidRDefault="00925136" w:rsidP="00925136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925136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Resultado final: 45</w:t>
                      </w:r>
                    </w:p>
                    <w:p w:rsidR="00925136" w:rsidRPr="00925136" w:rsidRDefault="00925136" w:rsidP="00925136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</w:p>
                    <w:p w:rsidR="00925136" w:rsidRPr="00925136" w:rsidRDefault="00925136" w:rsidP="00925136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925136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Expresión: 45 ÷ 5 + 7</w:t>
                      </w:r>
                    </w:p>
                    <w:p w:rsidR="00925136" w:rsidRPr="00925136" w:rsidRDefault="00925136" w:rsidP="00925136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925136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45 ÷ 5 = 9</w:t>
                      </w:r>
                    </w:p>
                    <w:p w:rsidR="00925136" w:rsidRPr="00925136" w:rsidRDefault="00925136" w:rsidP="00925136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925136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9 + 7 = 16</w:t>
                      </w:r>
                    </w:p>
                    <w:p w:rsidR="00925136" w:rsidRPr="00925136" w:rsidRDefault="00925136" w:rsidP="00925136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925136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Resultado final: 16</w:t>
                      </w:r>
                    </w:p>
                    <w:p w:rsidR="00925136" w:rsidRPr="00925136" w:rsidRDefault="00925136" w:rsidP="00925136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</w:p>
                    <w:p w:rsidR="00925136" w:rsidRPr="00925136" w:rsidRDefault="00925136" w:rsidP="00925136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925136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Expresión: (10 + 6) ÷ 4</w:t>
                      </w:r>
                    </w:p>
                    <w:p w:rsidR="00925136" w:rsidRPr="00925136" w:rsidRDefault="00925136" w:rsidP="00925136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925136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10 + 6 = 16</w:t>
                      </w:r>
                    </w:p>
                    <w:p w:rsidR="00925136" w:rsidRPr="00925136" w:rsidRDefault="00925136" w:rsidP="00925136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925136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16 ÷ 4 = 4</w:t>
                      </w:r>
                    </w:p>
                    <w:p w:rsidR="00E71935" w:rsidRDefault="00925136" w:rsidP="00925136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925136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Resultado final: 4</w:t>
                      </w:r>
                    </w:p>
                    <w:p w:rsidR="00925136" w:rsidRDefault="00925136" w:rsidP="00925136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</w:p>
                    <w:p w:rsidR="00925136" w:rsidRPr="00925136" w:rsidRDefault="00925136" w:rsidP="00925136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925136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Expresión: 7 × (3 + 2)</w:t>
                      </w:r>
                    </w:p>
                    <w:p w:rsidR="00925136" w:rsidRPr="00925136" w:rsidRDefault="00925136" w:rsidP="00925136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925136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3 + 2 = 5</w:t>
                      </w:r>
                    </w:p>
                    <w:p w:rsidR="00925136" w:rsidRPr="00925136" w:rsidRDefault="00925136" w:rsidP="00925136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925136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7 × 5 = 35</w:t>
                      </w:r>
                    </w:p>
                    <w:p w:rsidR="00925136" w:rsidRPr="00925136" w:rsidRDefault="00925136" w:rsidP="00925136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925136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Resultado final: 35</w:t>
                      </w:r>
                    </w:p>
                    <w:p w:rsidR="00925136" w:rsidRPr="00925136" w:rsidRDefault="00925136" w:rsidP="00925136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</w:p>
                    <w:p w:rsidR="00925136" w:rsidRPr="00925136" w:rsidRDefault="00925136" w:rsidP="00925136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925136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Expresión: (25 - 5) ÷ (2 + 3)</w:t>
                      </w:r>
                    </w:p>
                    <w:p w:rsidR="00925136" w:rsidRPr="00925136" w:rsidRDefault="00925136" w:rsidP="00925136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925136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25 - 5 = 20</w:t>
                      </w:r>
                    </w:p>
                    <w:p w:rsidR="00925136" w:rsidRPr="00925136" w:rsidRDefault="00925136" w:rsidP="00925136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925136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2 + 3 = 5</w:t>
                      </w:r>
                    </w:p>
                    <w:p w:rsidR="00925136" w:rsidRPr="00925136" w:rsidRDefault="00925136" w:rsidP="00925136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Pr="00925136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 xml:space="preserve"> 20 ÷ 5 = 4</w:t>
                      </w:r>
                    </w:p>
                    <w:p w:rsidR="00925136" w:rsidRPr="00E4637A" w:rsidRDefault="00925136" w:rsidP="00925136">
                      <w:pPr>
                        <w:pStyle w:val="Prrafodelista"/>
                        <w:spacing w:line="360" w:lineRule="auto"/>
                        <w:ind w:left="284"/>
                        <w:jc w:val="both"/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</w:pPr>
                      <w:r w:rsidRPr="00925136">
                        <w:rPr>
                          <w:rFonts w:ascii="Verdana" w:hAnsi="Verdana"/>
                          <w:color w:val="3A6168"/>
                          <w:sz w:val="18"/>
                          <w:szCs w:val="18"/>
                          <w:lang w:val="es-ES_tradnl"/>
                        </w:rPr>
                        <w:t>Resultado final: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3874" w:rsidRDefault="000E3874" w:rsidP="00FF48F2">
      <w:pPr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0E3874" w:rsidRDefault="000E3874" w:rsidP="00FF48F2">
      <w:pPr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0E3874" w:rsidRDefault="000E3874" w:rsidP="00FF48F2">
      <w:pPr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0E3874" w:rsidRDefault="000E3874" w:rsidP="00FF48F2">
      <w:pPr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0E3874" w:rsidRDefault="000E3874" w:rsidP="00FF48F2">
      <w:pPr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0E3874" w:rsidRDefault="000E3874" w:rsidP="00FF48F2">
      <w:pPr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0E3874" w:rsidRDefault="000E3874" w:rsidP="00FF48F2">
      <w:pPr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0E3874" w:rsidRDefault="000E3874" w:rsidP="00FF48F2">
      <w:pPr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0E3874" w:rsidRDefault="000E3874" w:rsidP="00FF48F2">
      <w:pPr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0E3874" w:rsidRDefault="000E3874" w:rsidP="00FF48F2">
      <w:pPr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0E3874" w:rsidRDefault="000E3874" w:rsidP="00FF48F2">
      <w:pPr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0E3874" w:rsidRDefault="000E3874" w:rsidP="00FF48F2">
      <w:pPr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0E3874" w:rsidRDefault="000E3874" w:rsidP="00FF48F2">
      <w:pPr>
        <w:jc w:val="both"/>
        <w:rPr>
          <w:rFonts w:ascii="Verdana" w:hAnsi="Verdana"/>
          <w:color w:val="3A6168"/>
          <w:sz w:val="24"/>
          <w:szCs w:val="24"/>
          <w:lang w:val="es-ES_tradnl"/>
        </w:rPr>
      </w:pPr>
    </w:p>
    <w:p w:rsidR="00E4637A" w:rsidRDefault="00E4637A" w:rsidP="000E3874">
      <w:pPr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</w:p>
    <w:p w:rsidR="00E4637A" w:rsidRDefault="00E4637A" w:rsidP="000E3874">
      <w:pPr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</w:p>
    <w:p w:rsidR="00E4637A" w:rsidRDefault="00E4637A" w:rsidP="000E3874">
      <w:pPr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</w:p>
    <w:p w:rsidR="00E4637A" w:rsidRDefault="00E4637A" w:rsidP="000E3874">
      <w:pPr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</w:p>
    <w:p w:rsidR="00E4637A" w:rsidRDefault="00E4637A" w:rsidP="000E3874">
      <w:pPr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</w:p>
    <w:p w:rsidR="00E4637A" w:rsidRDefault="00E4637A" w:rsidP="000E3874">
      <w:pPr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</w:p>
    <w:sectPr w:rsidR="00E4637A" w:rsidSect="00FF48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083" w:right="616" w:bottom="1440" w:left="144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C59" w:rsidRDefault="002B0C59">
      <w:pPr>
        <w:spacing w:after="0" w:line="240" w:lineRule="auto"/>
      </w:pPr>
      <w:r>
        <w:separator/>
      </w:r>
    </w:p>
  </w:endnote>
  <w:endnote w:type="continuationSeparator" w:id="0">
    <w:p w:rsidR="002B0C59" w:rsidRDefault="002B0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D21" w:rsidRDefault="00823D2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64F" w:rsidRDefault="000D0526">
    <w:pPr>
      <w:pStyle w:val="Piedepgina"/>
    </w:pPr>
    <w:r>
      <w:rPr>
        <w:rFonts w:ascii="Verdana" w:hAnsi="Verdana"/>
        <w:b/>
        <w:noProof/>
        <w:color w:val="3A6168"/>
        <w:lang w:val="es-ES" w:eastAsia="es-ES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72AE280F" wp14:editId="1E43CDCC">
              <wp:simplePos x="0" y="0"/>
              <wp:positionH relativeFrom="column">
                <wp:posOffset>-895350</wp:posOffset>
              </wp:positionH>
              <wp:positionV relativeFrom="paragraph">
                <wp:posOffset>31750</wp:posOffset>
              </wp:positionV>
              <wp:extent cx="7724775" cy="0"/>
              <wp:effectExtent l="0" t="19050" r="28575" b="19050"/>
              <wp:wrapNone/>
              <wp:docPr id="79" name="Conector recto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247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88D53D" id="Conector recto 79" o:spid="_x0000_s1026" style="position:absolute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5pt,2.5pt" to="537.7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" strokecolor="#d8d8d8 [2732]" strokeweight="2.25pt"/>
          </w:pict>
        </mc:Fallback>
      </mc:AlternateContent>
    </w:r>
    <w:r w:rsidR="00C10299">
      <w:rPr>
        <w:noProof/>
        <w:lang w:val="es-ES" w:eastAsia="es-ES"/>
      </w:rPr>
      <w:drawing>
        <wp:anchor distT="0" distB="0" distL="114300" distR="114300" simplePos="0" relativeHeight="251668992" behindDoc="0" locked="0" layoutInCell="1" allowOverlap="1">
          <wp:simplePos x="0" y="0"/>
          <wp:positionH relativeFrom="column">
            <wp:posOffset>2016760</wp:posOffset>
          </wp:positionH>
          <wp:positionV relativeFrom="paragraph">
            <wp:posOffset>159385</wp:posOffset>
          </wp:positionV>
          <wp:extent cx="793115" cy="149225"/>
          <wp:effectExtent l="0" t="0" r="6985" b="3175"/>
          <wp:wrapNone/>
          <wp:docPr id="8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y_s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115" cy="149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0" w:type="auto"/>
      <w:tblInd w:w="-743" w:type="dxa"/>
      <w:tblLook w:val="04A0" w:firstRow="1" w:lastRow="0" w:firstColumn="1" w:lastColumn="0" w:noHBand="0" w:noVBand="1"/>
    </w:tblPr>
    <w:tblGrid>
      <w:gridCol w:w="4253"/>
      <w:gridCol w:w="2897"/>
      <w:gridCol w:w="3080"/>
    </w:tblGrid>
    <w:tr w:rsidR="0032264F" w:rsidTr="00C10299">
      <w:tc>
        <w:tcPr>
          <w:tcW w:w="4253" w:type="dxa"/>
        </w:tcPr>
        <w:p w:rsidR="0032264F" w:rsidRPr="00C10299" w:rsidRDefault="00D03C09">
          <w:pPr>
            <w:rPr>
              <w:lang w:val="es-ES_tradnl"/>
            </w:rPr>
          </w:pPr>
          <w:r w:rsidRPr="00C10299">
            <w:rPr>
              <w:rFonts w:ascii="Verdana" w:hAnsi="Verdana"/>
              <w:color w:val="3A6168"/>
              <w:sz w:val="18"/>
              <w:lang w:val="es-ES_tradnl"/>
            </w:rPr>
            <w:t xml:space="preserve">Servicio de Educación Permanente. CARM  </w:t>
          </w:r>
        </w:p>
      </w:tc>
      <w:tc>
        <w:tcPr>
          <w:tcW w:w="2897" w:type="dxa"/>
        </w:tcPr>
        <w:p w:rsidR="0032264F" w:rsidRDefault="0032264F"/>
      </w:tc>
      <w:tc>
        <w:tcPr>
          <w:tcW w:w="3080" w:type="dxa"/>
        </w:tcPr>
        <w:p w:rsidR="0032264F" w:rsidRDefault="000D0526">
          <w:pPr>
            <w:jc w:val="right"/>
          </w:pPr>
          <w:r w:rsidRPr="000D0526">
            <w:rPr>
              <w:rFonts w:ascii="Verdana" w:hAnsi="Verdana"/>
              <w:color w:val="3A6168"/>
              <w:sz w:val="18"/>
            </w:rPr>
            <w:fldChar w:fldCharType="begin"/>
          </w:r>
          <w:r w:rsidRPr="000D0526">
            <w:rPr>
              <w:rFonts w:ascii="Verdana" w:hAnsi="Verdana"/>
              <w:color w:val="3A6168"/>
              <w:sz w:val="18"/>
            </w:rPr>
            <w:instrText>PAGE   \* MERGEFORMAT</w:instrText>
          </w:r>
          <w:r w:rsidRPr="000D0526">
            <w:rPr>
              <w:rFonts w:ascii="Verdana" w:hAnsi="Verdana"/>
              <w:color w:val="3A6168"/>
              <w:sz w:val="18"/>
            </w:rPr>
            <w:fldChar w:fldCharType="separate"/>
          </w:r>
          <w:r w:rsidR="00EA0377" w:rsidRPr="00EA0377">
            <w:rPr>
              <w:rFonts w:ascii="Verdana" w:hAnsi="Verdana"/>
              <w:noProof/>
              <w:color w:val="3A6168"/>
              <w:sz w:val="18"/>
              <w:lang w:val="es-ES"/>
            </w:rPr>
            <w:t>2</w:t>
          </w:r>
          <w:r w:rsidRPr="000D0526">
            <w:rPr>
              <w:rFonts w:ascii="Verdana" w:hAnsi="Verdana"/>
              <w:color w:val="3A6168"/>
              <w:sz w:val="18"/>
            </w:rPr>
            <w:fldChar w:fldCharType="end"/>
          </w:r>
          <w:r w:rsidR="00D03C09">
            <w:rPr>
              <w:rFonts w:ascii="Verdana" w:hAnsi="Verdana"/>
              <w:color w:val="3A6168"/>
              <w:sz w:val="18"/>
            </w:rPr>
            <w:t xml:space="preserve"> </w:t>
          </w:r>
        </w:p>
      </w:tc>
    </w:tr>
  </w:tbl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D21" w:rsidRDefault="00823D2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C59" w:rsidRDefault="002B0C59">
      <w:pPr>
        <w:spacing w:after="0" w:line="240" w:lineRule="auto"/>
      </w:pPr>
      <w:r>
        <w:separator/>
      </w:r>
    </w:p>
  </w:footnote>
  <w:footnote w:type="continuationSeparator" w:id="0">
    <w:p w:rsidR="002B0C59" w:rsidRDefault="002B0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D21" w:rsidRDefault="00823D2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64F" w:rsidRDefault="00FF48F2" w:rsidP="00C10299">
    <w:pPr>
      <w:pStyle w:val="Encabezado"/>
      <w:ind w:left="-1418"/>
      <w:jc w:val="center"/>
    </w:pPr>
    <w:r>
      <w:rPr>
        <w:rFonts w:ascii="Verdana" w:hAnsi="Verdana"/>
        <w:b/>
        <w:noProof/>
        <w:color w:val="3A6168"/>
        <w:lang w:val="es-ES" w:eastAsia="es-ES"/>
      </w:rPr>
      <mc:AlternateContent>
        <mc:Choice Requires="wps">
          <w:drawing>
            <wp:anchor distT="0" distB="0" distL="114300" distR="114300" simplePos="0" relativeHeight="251670016" behindDoc="0" locked="0" layoutInCell="1" allowOverlap="1">
              <wp:simplePos x="0" y="0"/>
              <wp:positionH relativeFrom="column">
                <wp:posOffset>-895350</wp:posOffset>
              </wp:positionH>
              <wp:positionV relativeFrom="paragraph">
                <wp:posOffset>815340</wp:posOffset>
              </wp:positionV>
              <wp:extent cx="7724775" cy="0"/>
              <wp:effectExtent l="0" t="19050" r="28575" b="19050"/>
              <wp:wrapNone/>
              <wp:docPr id="77" name="Conector recto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247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F9BCCB" id="Conector recto 77" o:spid="_x0000_s1026" style="position:absolute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5pt,64.2pt" to="537.75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" strokecolor="#d8d8d8 [2732]" strokeweight="2.25pt"/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column">
            <wp:posOffset>-1104900</wp:posOffset>
          </wp:positionH>
          <wp:positionV relativeFrom="paragraph">
            <wp:posOffset>-1230630</wp:posOffset>
          </wp:positionV>
          <wp:extent cx="8686800" cy="11241741"/>
          <wp:effectExtent l="0" t="0" r="0" b="0"/>
          <wp:wrapNone/>
          <wp:docPr id="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_Sabe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0" cy="11241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0526">
      <w:rPr>
        <w:rFonts w:ascii="Verdana" w:hAnsi="Verdana"/>
        <w:b/>
        <w:noProof/>
        <w:color w:val="3A6168"/>
        <w:lang w:val="es-ES" w:eastAsia="es-ES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0DD1F8BC" wp14:editId="4B40020A">
              <wp:simplePos x="0" y="0"/>
              <wp:positionH relativeFrom="column">
                <wp:posOffset>-914400</wp:posOffset>
              </wp:positionH>
              <wp:positionV relativeFrom="paragraph">
                <wp:posOffset>-1184910</wp:posOffset>
              </wp:positionV>
              <wp:extent cx="7724775" cy="0"/>
              <wp:effectExtent l="0" t="19050" r="28575" b="19050"/>
              <wp:wrapNone/>
              <wp:docPr id="78" name="Conector recto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247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C61302" id="Conector recto 78" o:spid="_x0000_s1026" style="position:absolute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in,-93.3pt" to="536.25pt,-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" strokecolor="#d8d8d8 [2732]" strokeweight="2.25pt"/>
          </w:pict>
        </mc:Fallback>
      </mc:AlternateContent>
    </w:r>
  </w:p>
  <w:tbl>
    <w:tblPr>
      <w:tblW w:w="0" w:type="auto"/>
      <w:tblInd w:w="-885" w:type="dxa"/>
      <w:tblBorders>
        <w:bottom w:val="single" w:sz="12" w:space="0" w:color="auto"/>
      </w:tblBorders>
      <w:tblLook w:val="04A0" w:firstRow="1" w:lastRow="0" w:firstColumn="1" w:lastColumn="0" w:noHBand="0" w:noVBand="1"/>
    </w:tblPr>
    <w:tblGrid>
      <w:gridCol w:w="5955"/>
      <w:gridCol w:w="5105"/>
    </w:tblGrid>
    <w:tr w:rsidR="0032264F" w:rsidTr="000D0526">
      <w:trPr>
        <w:trHeight w:val="585"/>
      </w:trPr>
      <w:tc>
        <w:tcPr>
          <w:tcW w:w="5955" w:type="dxa"/>
          <w:tcBorders>
            <w:bottom w:val="nil"/>
          </w:tcBorders>
        </w:tcPr>
        <w:p w:rsidR="0032264F" w:rsidRPr="00C10299" w:rsidRDefault="00823D21" w:rsidP="00C10299">
          <w:pPr>
            <w:ind w:right="318"/>
            <w:rPr>
              <w:b/>
              <w:lang w:val="es-ES_tradnl"/>
            </w:rPr>
          </w:pPr>
          <w:r>
            <w:rPr>
              <w:rFonts w:ascii="Verdana" w:hAnsi="Verdana"/>
              <w:b/>
              <w:color w:val="3A6168"/>
              <w:lang w:val="es-ES_tradnl"/>
            </w:rPr>
            <w:t xml:space="preserve">REA: </w:t>
          </w:r>
          <w:r w:rsidRPr="00823D21">
            <w:rPr>
              <w:rFonts w:ascii="Verdana" w:hAnsi="Verdana"/>
              <w:b/>
              <w:color w:val="3A6168"/>
              <w:lang w:val="es-ES_tradnl"/>
            </w:rPr>
            <w:t>Usando números en la vida diaria</w:t>
          </w:r>
        </w:p>
      </w:tc>
      <w:tc>
        <w:tcPr>
          <w:tcW w:w="5105" w:type="dxa"/>
          <w:tcBorders>
            <w:bottom w:val="nil"/>
          </w:tcBorders>
        </w:tcPr>
        <w:p w:rsidR="0032264F" w:rsidRDefault="00C10299">
          <w:pPr>
            <w:jc w:val="right"/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447676</wp:posOffset>
                </wp:positionH>
                <wp:positionV relativeFrom="paragraph">
                  <wp:posOffset>-28575</wp:posOffset>
                </wp:positionV>
                <wp:extent cx="2428874" cy="388620"/>
                <wp:effectExtent l="0" t="0" r="0" b="0"/>
                <wp:wrapNone/>
                <wp:docPr id="84" name="Imagen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-rearm-h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1840" cy="401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D21" w:rsidRDefault="00823D2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FE3517"/>
    <w:multiLevelType w:val="hybridMultilevel"/>
    <w:tmpl w:val="8E6891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DF5B47"/>
    <w:multiLevelType w:val="hybridMultilevel"/>
    <w:tmpl w:val="DEC60F9C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241D1839"/>
    <w:multiLevelType w:val="hybridMultilevel"/>
    <w:tmpl w:val="02A85D24"/>
    <w:lvl w:ilvl="0" w:tplc="4B78BC0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E291171"/>
    <w:multiLevelType w:val="hybridMultilevel"/>
    <w:tmpl w:val="373E9AC2"/>
    <w:lvl w:ilvl="0" w:tplc="DEBC8C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FD94D90"/>
    <w:multiLevelType w:val="hybridMultilevel"/>
    <w:tmpl w:val="19566C02"/>
    <w:lvl w:ilvl="0" w:tplc="260014F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6479A"/>
    <w:multiLevelType w:val="hybridMultilevel"/>
    <w:tmpl w:val="972854C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166802"/>
    <w:multiLevelType w:val="hybridMultilevel"/>
    <w:tmpl w:val="B46867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14FE1"/>
    <w:multiLevelType w:val="hybridMultilevel"/>
    <w:tmpl w:val="A7B2FFBA"/>
    <w:lvl w:ilvl="0" w:tplc="A3B0FF5A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7" w15:restartNumberingAfterBreak="0">
    <w:nsid w:val="48703C0D"/>
    <w:multiLevelType w:val="hybridMultilevel"/>
    <w:tmpl w:val="0C4E72DA"/>
    <w:lvl w:ilvl="0" w:tplc="0C0A000F">
      <w:start w:val="1"/>
      <w:numFmt w:val="decimal"/>
      <w:lvlText w:val="%1."/>
      <w:lvlJc w:val="left"/>
      <w:pPr>
        <w:ind w:left="1582" w:hanging="360"/>
      </w:pPr>
    </w:lvl>
    <w:lvl w:ilvl="1" w:tplc="0C0A0019" w:tentative="1">
      <w:start w:val="1"/>
      <w:numFmt w:val="lowerLetter"/>
      <w:lvlText w:val="%2."/>
      <w:lvlJc w:val="left"/>
      <w:pPr>
        <w:ind w:left="2302" w:hanging="360"/>
      </w:pPr>
    </w:lvl>
    <w:lvl w:ilvl="2" w:tplc="0C0A001B" w:tentative="1">
      <w:start w:val="1"/>
      <w:numFmt w:val="lowerRoman"/>
      <w:lvlText w:val="%3."/>
      <w:lvlJc w:val="right"/>
      <w:pPr>
        <w:ind w:left="3022" w:hanging="180"/>
      </w:pPr>
    </w:lvl>
    <w:lvl w:ilvl="3" w:tplc="0C0A000F" w:tentative="1">
      <w:start w:val="1"/>
      <w:numFmt w:val="decimal"/>
      <w:lvlText w:val="%4."/>
      <w:lvlJc w:val="left"/>
      <w:pPr>
        <w:ind w:left="3742" w:hanging="360"/>
      </w:pPr>
    </w:lvl>
    <w:lvl w:ilvl="4" w:tplc="0C0A0019" w:tentative="1">
      <w:start w:val="1"/>
      <w:numFmt w:val="lowerLetter"/>
      <w:lvlText w:val="%5."/>
      <w:lvlJc w:val="left"/>
      <w:pPr>
        <w:ind w:left="4462" w:hanging="360"/>
      </w:pPr>
    </w:lvl>
    <w:lvl w:ilvl="5" w:tplc="0C0A001B" w:tentative="1">
      <w:start w:val="1"/>
      <w:numFmt w:val="lowerRoman"/>
      <w:lvlText w:val="%6."/>
      <w:lvlJc w:val="right"/>
      <w:pPr>
        <w:ind w:left="5182" w:hanging="180"/>
      </w:pPr>
    </w:lvl>
    <w:lvl w:ilvl="6" w:tplc="0C0A000F" w:tentative="1">
      <w:start w:val="1"/>
      <w:numFmt w:val="decimal"/>
      <w:lvlText w:val="%7."/>
      <w:lvlJc w:val="left"/>
      <w:pPr>
        <w:ind w:left="5902" w:hanging="360"/>
      </w:pPr>
    </w:lvl>
    <w:lvl w:ilvl="7" w:tplc="0C0A0019" w:tentative="1">
      <w:start w:val="1"/>
      <w:numFmt w:val="lowerLetter"/>
      <w:lvlText w:val="%8."/>
      <w:lvlJc w:val="left"/>
      <w:pPr>
        <w:ind w:left="6622" w:hanging="360"/>
      </w:pPr>
    </w:lvl>
    <w:lvl w:ilvl="8" w:tplc="0C0A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18" w15:restartNumberingAfterBreak="0">
    <w:nsid w:val="48A93A30"/>
    <w:multiLevelType w:val="hybridMultilevel"/>
    <w:tmpl w:val="204A0B6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8E13C0"/>
    <w:multiLevelType w:val="hybridMultilevel"/>
    <w:tmpl w:val="4AA85C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6A31EC"/>
    <w:multiLevelType w:val="hybridMultilevel"/>
    <w:tmpl w:val="B3E60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4"/>
  </w:num>
  <w:num w:numId="11">
    <w:abstractNumId w:val="12"/>
  </w:num>
  <w:num w:numId="12">
    <w:abstractNumId w:val="11"/>
  </w:num>
  <w:num w:numId="13">
    <w:abstractNumId w:val="13"/>
  </w:num>
  <w:num w:numId="14">
    <w:abstractNumId w:val="9"/>
  </w:num>
  <w:num w:numId="15">
    <w:abstractNumId w:val="20"/>
  </w:num>
  <w:num w:numId="16">
    <w:abstractNumId w:val="10"/>
  </w:num>
  <w:num w:numId="17">
    <w:abstractNumId w:val="19"/>
  </w:num>
  <w:num w:numId="18">
    <w:abstractNumId w:val="18"/>
  </w:num>
  <w:num w:numId="19">
    <w:abstractNumId w:val="15"/>
  </w:num>
  <w:num w:numId="20">
    <w:abstractNumId w:val="1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0D0526"/>
    <w:rsid w:val="000E3874"/>
    <w:rsid w:val="0015074B"/>
    <w:rsid w:val="001922B8"/>
    <w:rsid w:val="001C7CD4"/>
    <w:rsid w:val="0029639D"/>
    <w:rsid w:val="002B0C59"/>
    <w:rsid w:val="003222F1"/>
    <w:rsid w:val="0032264F"/>
    <w:rsid w:val="00326F90"/>
    <w:rsid w:val="0034208C"/>
    <w:rsid w:val="003D57AF"/>
    <w:rsid w:val="00435ED6"/>
    <w:rsid w:val="00525619"/>
    <w:rsid w:val="005C1EBD"/>
    <w:rsid w:val="00684978"/>
    <w:rsid w:val="006E75A3"/>
    <w:rsid w:val="007D4349"/>
    <w:rsid w:val="00823D21"/>
    <w:rsid w:val="00894658"/>
    <w:rsid w:val="00921E67"/>
    <w:rsid w:val="00925136"/>
    <w:rsid w:val="009A6F38"/>
    <w:rsid w:val="00AA1D8D"/>
    <w:rsid w:val="00B47730"/>
    <w:rsid w:val="00B80F1A"/>
    <w:rsid w:val="00BD5EE5"/>
    <w:rsid w:val="00C10299"/>
    <w:rsid w:val="00C271E0"/>
    <w:rsid w:val="00C77EA2"/>
    <w:rsid w:val="00CB0664"/>
    <w:rsid w:val="00D03C09"/>
    <w:rsid w:val="00E4637A"/>
    <w:rsid w:val="00E71935"/>
    <w:rsid w:val="00EA0377"/>
    <w:rsid w:val="00F77853"/>
    <w:rsid w:val="00FC693F"/>
    <w:rsid w:val="00FF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4942B9DD-FFDC-421F-BE71-1B7C6E347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7EA2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uesto">
    <w:name w:val="Title"/>
    <w:basedOn w:val="Normal"/>
    <w:next w:val="Normal"/>
    <w:link w:val="Puest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vnculo">
    <w:name w:val="Hyperlink"/>
    <w:basedOn w:val="Fuentedeprrafopredeter"/>
    <w:uiPriority w:val="99"/>
    <w:unhideWhenUsed/>
    <w:rsid w:val="000E38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71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5F620A-A885-41F5-BDDC-AFAFFB357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193</Words>
  <Characters>1065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1256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PAMIES BERENGUER, MARCIAL</cp:lastModifiedBy>
  <cp:revision>3</cp:revision>
  <dcterms:created xsi:type="dcterms:W3CDTF">2025-09-01T10:11:00Z</dcterms:created>
  <dcterms:modified xsi:type="dcterms:W3CDTF">2025-09-01T10:23:00Z</dcterms:modified>
  <cp:category/>
</cp:coreProperties>
</file>