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8F2" w:rsidRPr="00FF48F2" w:rsidRDefault="00FF48F2" w:rsidP="009A6F38">
      <w:pPr>
        <w:spacing w:line="240" w:lineRule="auto"/>
        <w:jc w:val="center"/>
        <w:rPr>
          <w:rFonts w:ascii="Verdana" w:hAnsi="Verdana"/>
          <w:color w:val="3A6168"/>
          <w:sz w:val="40"/>
          <w:szCs w:val="40"/>
          <w:lang w:val="es-ES_tradnl"/>
        </w:rPr>
      </w:pPr>
      <w:r w:rsidRPr="00FF48F2">
        <w:rPr>
          <w:rFonts w:ascii="Verdana" w:hAnsi="Verdana"/>
          <w:color w:val="3A6168"/>
          <w:sz w:val="40"/>
          <w:szCs w:val="40"/>
          <w:lang w:val="es-ES_tradnl"/>
        </w:rPr>
        <w:t xml:space="preserve">SABER BÁSICO A.1 – </w:t>
      </w:r>
      <w:r w:rsidR="009A6F38">
        <w:rPr>
          <w:rFonts w:ascii="Verdana" w:hAnsi="Verdana"/>
          <w:color w:val="3A6168"/>
          <w:sz w:val="40"/>
          <w:szCs w:val="40"/>
          <w:lang w:val="es-ES_tradnl"/>
        </w:rPr>
        <w:t>L. Sentido numérico: 2. Sentido de las operaciones</w:t>
      </w:r>
    </w:p>
    <w:p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:rsidR="003222F1" w:rsidRDefault="003222F1">
      <w:pPr>
        <w:rPr>
          <w:lang w:val="es-ES_tradnl"/>
        </w:rPr>
      </w:pPr>
    </w:p>
    <w:p w:rsidR="00FF48F2" w:rsidRPr="00C77EA2" w:rsidRDefault="00C77EA2" w:rsidP="00C77EA2">
      <w:pPr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Objetivo del material</w:t>
      </w:r>
      <w:r w:rsidR="00FF48F2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:rsidR="00FF48F2" w:rsidRDefault="009A6F38" w:rsidP="00C77EA2">
      <w:pPr>
        <w:ind w:left="14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>Reconocer y expresar operaciones con números naturales, enteros, fracciones o decimales en situaciones contextualizadas</w:t>
      </w:r>
      <w:r w:rsidR="00FF48F2" w:rsidRPr="00FF48F2">
        <w:rPr>
          <w:rFonts w:ascii="Verdana" w:hAnsi="Verdana"/>
          <w:color w:val="3A6168"/>
          <w:sz w:val="24"/>
          <w:szCs w:val="24"/>
          <w:lang w:val="es-ES_tradnl"/>
        </w:rPr>
        <w:t>.</w:t>
      </w:r>
    </w:p>
    <w:p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9A6F38">
        <w:rPr>
          <w:rFonts w:ascii="Verdana" w:hAnsi="Verdana"/>
          <w:b/>
          <w:color w:val="3A6168"/>
          <w:sz w:val="28"/>
          <w:szCs w:val="28"/>
          <w:lang w:val="es-ES_tradnl"/>
        </w:rPr>
        <w:t>Ejemplos de operaciones contextualizadas y su expresión numérica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1. Ir al mercado con poco dinero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Carmen va al mercado con 5 €. Compra tomates por 2,30 €, una barra de pan por 1,20 € y un plátano por 0,50 €. ¿Cuál es el coste total de su compra?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Sumar los precios de todos los productos.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2,30 + 1,20 + 0,50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4,00 €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2. Control del dinero en el monedero</w:t>
      </w:r>
    </w:p>
    <w:p w:rsidR="00435ED6" w:rsidRPr="00435ED6" w:rsidRDefault="00435ED6" w:rsidP="00435ED6">
      <w:pPr>
        <w:ind w:left="851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Juan cobra 20 € por limpiar un coche. Después gasta 13,75 € en pan y leche. ¿Cuánto le queda?</w:t>
      </w:r>
    </w:p>
    <w:p w:rsidR="00435ED6" w:rsidRPr="00435ED6" w:rsidRDefault="00435ED6" w:rsidP="00435ED6">
      <w:pPr>
        <w:ind w:left="851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Restar el gasto al dinero inicial.</w:t>
      </w:r>
    </w:p>
    <w:p w:rsidR="00435ED6" w:rsidRPr="00435ED6" w:rsidRDefault="00435ED6" w:rsidP="00435ED6">
      <w:pPr>
        <w:ind w:left="851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20 - 13,75</w:t>
      </w:r>
    </w:p>
    <w:p w:rsidR="00435ED6" w:rsidRDefault="00435ED6" w:rsidP="00435ED6">
      <w:pPr>
        <w:ind w:left="851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6,25 €</w:t>
      </w:r>
    </w:p>
    <w:p w:rsidR="00435ED6" w:rsidRPr="00435ED6" w:rsidRDefault="00435ED6" w:rsidP="00435ED6">
      <w:pPr>
        <w:ind w:left="851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lastRenderedPageBreak/>
        <w:t>3. Comprando varias unidades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Fátima compra 3 barras de pan a 1,10 € cada una. ¿Cuánto paga?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Multiplicar el precio unitario por la cantidad.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1,10 × 3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3,30 €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4. Reparto justo entre amigos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Tres amigos toman un taxi de 12 €. ¿Cuánto paga cada uno?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Dividir el total entre el número de personas.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12 ÷ 3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4 € cada uno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5. Ropa en rebajas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Un abrigo cuesta 40 €. Tiene un 25 % de descuento. ¿Cuál es el precio final?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Calcular el 25 % del precio y restarlo.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40 - (40 × 0,25)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30 €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6. Oferta 2×1 en refrescos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Un pack de refrescos cuesta 6 €. Con promoción 2×1, Ana compra 4 packs. ¿Cuánto gasta en total?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Dividir los packs entre 2 y multiplicar por el precio.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(4 ÷ 2) × 6</w:t>
      </w:r>
    </w:p>
    <w:p w:rsid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12 €</w:t>
      </w:r>
    </w:p>
    <w:p w:rsid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lastRenderedPageBreak/>
        <w:t>7. Esperando el autobús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El autobús pasa cada 15 minutos. María espera 2 horas. ¿Cuántos autobuses pasan?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Pasar horas a minutos y dividir entre 15.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(2 × 60) ÷ 15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8 autobuses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8. Control de presupuesto semanal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José cobra 162,50 € a la semana. Paga 50 € de alquiler, 22,5 € de luz y 15 € de transporte. ¿Cuánto le queda?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Sumar los gastos fijos y restarlos al ingreso.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162,5 - (50 + 22,5 + 15)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75,0 €</w:t>
      </w:r>
    </w:p>
    <w:p w:rsidR="00435ED6" w:rsidRPr="00435ED6" w:rsidRDefault="00435ED6" w:rsidP="00435ED6">
      <w:pPr>
        <w:ind w:left="284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9. Temperatura en invierno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A las 18:00 hay 2 °C. Por la noche baja 5 °C. ¿Qué temperatura queda?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Restar la bajada a la temperatura inicial.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2 - 5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−3 °C</w:t>
      </w:r>
    </w:p>
    <w:p w:rsidR="00435ED6" w:rsidRPr="00435ED6" w:rsidRDefault="00435ED6" w:rsidP="00435ED6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10. Pintando una habitación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Una habitación mide 3,5 × 2,8 m. Se pintan 2 capas. Cada litro cubre 8 m². ¿Cuántos litros de pintura necesita?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Multiplicar largo × ancho, luego por el número de capas y dividir entre el rendimiento.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(3,5 × 2,8) × 2 ÷ 8</w:t>
      </w:r>
    </w:p>
    <w:p w:rsidR="00435ED6" w:rsidRPr="00435ED6" w:rsidRDefault="00435ED6" w:rsidP="00435ED6">
      <w:pPr>
        <w:ind w:left="709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 xml:space="preserve">2,45 L </w:t>
      </w:r>
      <w:r w:rsidRPr="00435ED6">
        <w:rPr>
          <w:rFonts w:ascii="Arial" w:hAnsi="Arial" w:cs="Arial"/>
          <w:color w:val="3A6168"/>
          <w:sz w:val="24"/>
          <w:szCs w:val="24"/>
          <w:lang w:val="es-ES_tradnl"/>
        </w:rPr>
        <w:t>→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 xml:space="preserve"> debe comprar 3 L</w:t>
      </w:r>
    </w:p>
    <w:p w:rsidR="00435ED6" w:rsidRPr="00435ED6" w:rsidRDefault="00435ED6" w:rsidP="00435ED6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lastRenderedPageBreak/>
        <w:t>11. Electrodoméstico con IVA y descuento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Una lavadora cuesta 300 €. Tiene un 10 % de descuento y después se le aplica un 21 % de IVA. ¿Cuál es el precio final?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Aplicar el descuento y después añadir el IVA.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(300 - (300 × 0,10)) × 1,21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326,7 €</w:t>
      </w:r>
    </w:p>
    <w:p w:rsidR="00435ED6" w:rsidRPr="00435ED6" w:rsidRDefault="00435ED6" w:rsidP="00435ED6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>12. Doble rebaja en ropa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Contexto: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Un pantalón cuesta 50 €. Primero tiene un 20 % de descuento y después otro 10 % sobre el nuevo precio. ¿Cuánto cuesta finalmente?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Pasos (texto):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Aplicar el primer descuento, calcular el nuevo precio y después el segundo descuento.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 de síntesis: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(50 - (50 × 0,20)) × 0,90</w:t>
      </w:r>
    </w:p>
    <w:p w:rsidR="007D4349" w:rsidRPr="00435ED6" w:rsidRDefault="00435ED6" w:rsidP="00435ED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435ED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435ED6">
        <w:rPr>
          <w:rFonts w:ascii="Verdana" w:hAnsi="Verdana"/>
          <w:color w:val="3A6168"/>
          <w:sz w:val="24"/>
          <w:szCs w:val="24"/>
          <w:lang w:val="es-ES_tradnl"/>
        </w:rPr>
        <w:t>36 €</w:t>
      </w:r>
    </w:p>
    <w:p w:rsidR="00F77853" w:rsidRDefault="00F77853">
      <w:pPr>
        <w:rPr>
          <w:rFonts w:ascii="Verdana" w:hAnsi="Verdana"/>
          <w:b/>
          <w:color w:val="3A6168"/>
          <w:lang w:val="es-ES_tradnl"/>
        </w:rPr>
      </w:pPr>
      <w:r>
        <w:rPr>
          <w:rFonts w:ascii="Verdana" w:hAnsi="Verdana"/>
          <w:b/>
          <w:color w:val="3A6168"/>
          <w:lang w:val="es-ES_tradnl"/>
        </w:rPr>
        <w:br w:type="page"/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lang w:val="es-ES_tradnl"/>
        </w:rPr>
      </w:pPr>
    </w:p>
    <w:p w:rsidR="00C77EA2" w:rsidRPr="0034208C" w:rsidRDefault="00C77EA2" w:rsidP="00C77EA2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3</w:t>
      </w:r>
      <w:r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AUTOEVALUACIÓN</w:t>
      </w:r>
    </w:p>
    <w:p w:rsidR="00F77853" w:rsidRDefault="00F77853" w:rsidP="00F77853">
      <w:pPr>
        <w:pStyle w:val="Prrafodelista"/>
        <w:numPr>
          <w:ilvl w:val="0"/>
          <w:numId w:val="21"/>
        </w:num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b/>
          <w:color w:val="3A6168"/>
          <w:sz w:val="24"/>
          <w:szCs w:val="24"/>
          <w:lang w:val="es-ES_tradnl"/>
        </w:rPr>
        <w:t>El menú del día</w:t>
      </w:r>
    </w:p>
    <w:p w:rsidR="00F77853" w:rsidRPr="00F77853" w:rsidRDefault="00F77853" w:rsidP="00F77853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color w:val="3A6168"/>
          <w:sz w:val="24"/>
          <w:szCs w:val="24"/>
          <w:lang w:val="es-ES_tradnl"/>
        </w:rPr>
        <w:t>Contexto: En un bar, el menú cuesta 9,50 €. Si vas 4 días seguidos, ¿cuánto gastas en total?</w:t>
      </w:r>
    </w:p>
    <w:p w:rsidR="00F77853" w:rsidRPr="00F77853" w:rsidRDefault="00F77853" w:rsidP="00F77853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F77853" w:rsidRPr="00F77853" w:rsidRDefault="00F77853" w:rsidP="00F77853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F77853" w:rsidRPr="00F77853" w:rsidRDefault="00F77853" w:rsidP="00F77853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F77853" w:rsidRPr="00F77853" w:rsidRDefault="00F77853" w:rsidP="00894658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F77853">
        <w:rPr>
          <w:rFonts w:ascii="Verdana" w:hAnsi="Verdana"/>
          <w:b/>
          <w:color w:val="3A6168"/>
          <w:sz w:val="24"/>
          <w:szCs w:val="24"/>
          <w:lang w:val="es-ES_tradnl"/>
        </w:rPr>
        <w:t>Dinero que sobra</w:t>
      </w:r>
    </w:p>
    <w:p w:rsidR="00894658" w:rsidRPr="00894658" w:rsidRDefault="00F77853" w:rsidP="00894658">
      <w:pPr>
        <w:pStyle w:val="Prrafodelista"/>
        <w:spacing w:line="23" w:lineRule="atLeast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Contexto: Tienes 50 € en efectivo. Compras en el supermercado por 34,65 €. ¿Cuánto dinero te queda?</w:t>
      </w:r>
    </w:p>
    <w:p w:rsidR="00F77853" w:rsidRPr="00894658" w:rsidRDefault="00F77853" w:rsidP="00894658">
      <w:pPr>
        <w:pStyle w:val="Prrafodelista"/>
        <w:spacing w:before="240" w:line="23" w:lineRule="atLeast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F77853" w:rsidRPr="00894658" w:rsidRDefault="00F77853" w:rsidP="00894658">
      <w:pPr>
        <w:pStyle w:val="Prrafodelista"/>
        <w:spacing w:line="23" w:lineRule="atLeast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F77853" w:rsidRPr="00894658" w:rsidRDefault="00F77853" w:rsidP="00894658">
      <w:pPr>
        <w:pStyle w:val="Prrafodelista"/>
        <w:spacing w:line="23" w:lineRule="atLeast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894658" w:rsidRPr="00894658" w:rsidRDefault="00894658" w:rsidP="00894658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b/>
          <w:color w:val="3A6168"/>
          <w:sz w:val="24"/>
          <w:szCs w:val="24"/>
          <w:lang w:val="es-ES_tradnl"/>
        </w:rPr>
        <w:t>Oferta en detergente</w:t>
      </w:r>
    </w:p>
    <w:p w:rsidR="00894658" w:rsidRPr="00894658" w:rsidRDefault="00894658" w:rsidP="00894658">
      <w:pPr>
        <w:pStyle w:val="Prrafodelista"/>
        <w:ind w:left="1281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Contexto: Una botella de detergente cuesta 15 €. Hoy tiene un 20 % de descuento. ¿Cuánto pagarás por la botella?</w:t>
      </w:r>
    </w:p>
    <w:p w:rsidR="00894658" w:rsidRPr="00894658" w:rsidRDefault="00894658" w:rsidP="00894658">
      <w:pPr>
        <w:pStyle w:val="Prrafodelista"/>
        <w:ind w:left="1281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894658" w:rsidRPr="00894658" w:rsidRDefault="00894658" w:rsidP="00894658">
      <w:pPr>
        <w:pStyle w:val="Prrafodelista"/>
        <w:ind w:left="1281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F77853" w:rsidRDefault="00894658" w:rsidP="00894658">
      <w:pPr>
        <w:pStyle w:val="Prrafodelista"/>
        <w:ind w:left="1281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Default="003D57AF">
      <w:pPr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br w:type="page"/>
      </w:r>
    </w:p>
    <w:p w:rsidR="00894658" w:rsidRPr="00894658" w:rsidRDefault="00894658" w:rsidP="00894658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lastRenderedPageBreak/>
        <w:t>Compartir el recibo</w:t>
      </w:r>
    </w:p>
    <w:p w:rsidR="00894658" w:rsidRPr="00894658" w:rsidRDefault="00894658" w:rsidP="00894658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Contexto: El recibo de internet cuesta 40 €. Lo pagan entre 4 compañeros de piso a partes iguales. ¿Cuánto paga cada uno?</w:t>
      </w:r>
    </w:p>
    <w:p w:rsidR="00894658" w:rsidRPr="00894658" w:rsidRDefault="00894658" w:rsidP="00894658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894658" w:rsidRPr="00894658" w:rsidRDefault="00894658" w:rsidP="00894658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C77EA2" w:rsidRDefault="00894658" w:rsidP="00894658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894658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Rebaja doble</w:t>
      </w:r>
    </w:p>
    <w:p w:rsidR="003D57AF" w:rsidRPr="003D57AF" w:rsidRDefault="003D57AF" w:rsidP="003D57AF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Contexto: Un abrigo cuesta 60 €. Tiene primero un 10 % de descuento y, después, otro 20 % sobre el precio ya rebajado. ¿Cuál es el precio final?</w:t>
      </w:r>
    </w:p>
    <w:p w:rsidR="003D57AF" w:rsidRPr="003D57AF" w:rsidRDefault="003D57AF" w:rsidP="003D57AF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7D4349" w:rsidRPr="00F77853" w:rsidRDefault="003D57AF" w:rsidP="003D57AF">
      <w:pPr>
        <w:ind w:left="1276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Viaje en autobús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Contexto: El billete de autobús cuesta 1,40 €. Si vas 2 veces al día durante 5 días, ¿cuánto dinero gastarás en total?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C77EA2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Factura de la luz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 xml:space="preserve">Contexto: </w:t>
      </w:r>
      <w:r w:rsidRPr="003D57AF">
        <w:rPr>
          <w:rFonts w:ascii="Verdana" w:hAnsi="Verdana"/>
          <w:color w:val="3A6168"/>
          <w:sz w:val="24"/>
          <w:szCs w:val="24"/>
          <w:lang w:val="es-ES_tradnl"/>
        </w:rPr>
        <w:t>Una factura mensual de luz es de 90 €. Si la compañía ofrece un 5 % de descuento por pago domiciliado, ¿cuánto pagarías?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Default="003D57AF" w:rsidP="003D57AF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Tiempo de espera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 xml:space="preserve">Contexto: </w:t>
      </w:r>
      <w:r w:rsidRPr="003D57AF">
        <w:rPr>
          <w:rFonts w:ascii="Verdana" w:hAnsi="Verdana"/>
          <w:color w:val="3A6168"/>
          <w:sz w:val="24"/>
          <w:szCs w:val="24"/>
          <w:lang w:val="es-ES_tradnl"/>
        </w:rPr>
        <w:t>Un tren pasa cada 12 minutos. Si esperas en la estación durante 2 horas, ¿cuántos trenes pasarán?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Presupuesto semanal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 xml:space="preserve">Contexto: </w:t>
      </w:r>
      <w:r w:rsidRPr="003D57AF">
        <w:rPr>
          <w:rFonts w:ascii="Verdana" w:hAnsi="Verdana"/>
          <w:color w:val="3A6168"/>
          <w:sz w:val="24"/>
          <w:szCs w:val="24"/>
          <w:lang w:val="es-ES_tradnl"/>
        </w:rPr>
        <w:t>Ingresos semanales: 200 €. Gastos fijos: alquiler 80 €, luz 30 €, transporte 20 €. ¿Cuánto dinero queda disponible para la compra y otros gastos?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3D57AF" w:rsidRPr="00894658" w:rsidRDefault="003D57AF" w:rsidP="003D57AF">
      <w:pPr>
        <w:pStyle w:val="Prrafodelista"/>
        <w:numPr>
          <w:ilvl w:val="0"/>
          <w:numId w:val="21"/>
        </w:numPr>
        <w:ind w:left="1219" w:hanging="357"/>
        <w:contextualSpacing w:val="0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Precio con IVA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 xml:space="preserve">Contexto: </w:t>
      </w:r>
      <w:r w:rsidRPr="003D57AF">
        <w:rPr>
          <w:rFonts w:ascii="Verdana" w:hAnsi="Verdana"/>
          <w:color w:val="3A6168"/>
          <w:sz w:val="24"/>
          <w:szCs w:val="24"/>
          <w:lang w:val="es-ES_tradnl"/>
        </w:rPr>
        <w:t>Una televisión cuesta 250 € sin impuestos. Si el IVA es del 21 %, ¿cuál será el precio final a pagar?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Pasos (texto): _______________________________</w:t>
      </w:r>
    </w:p>
    <w:p w:rsidR="003D57AF" w:rsidRP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Expresión de síntesis: _________________________</w:t>
      </w:r>
    </w:p>
    <w:p w:rsidR="003D57AF" w:rsidRDefault="003D57AF" w:rsidP="003D57AF">
      <w:pPr>
        <w:pStyle w:val="Prrafodelista"/>
        <w:ind w:left="1276"/>
        <w:contextualSpacing w:val="0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3D57AF">
        <w:rPr>
          <w:rFonts w:ascii="Verdana" w:hAnsi="Verdana"/>
          <w:color w:val="3A6168"/>
          <w:sz w:val="24"/>
          <w:szCs w:val="24"/>
          <w:lang w:val="es-ES_tradnl"/>
        </w:rPr>
        <w:t>Resultado final: ______________________________</w:t>
      </w:r>
    </w:p>
    <w:p w:rsidR="00C77EA2" w:rsidRPr="003D57AF" w:rsidRDefault="00C77EA2" w:rsidP="003D57AF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Default="00C77EA2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Default="00C77EA2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Default="00C77EA2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Pr="00C77EA2" w:rsidRDefault="00C77EA2" w:rsidP="00C77EA2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C77EA2">
        <w:rPr>
          <w:rFonts w:ascii="Verdana" w:hAnsi="Verdana"/>
          <w:b/>
          <w:color w:val="3A6168"/>
          <w:sz w:val="24"/>
          <w:szCs w:val="24"/>
          <w:lang w:val="es-ES_tradnl"/>
        </w:rPr>
        <w:t>4. POSIBLES RESPUESTAS</w:t>
      </w:r>
    </w:p>
    <w:p w:rsidR="0034208C" w:rsidRDefault="00E4637A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noProof/>
          <w:color w:val="3A6168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619875" cy="6515100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619875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Multiplicar el precio del menú por el número de días.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9,50 × 4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38,00 €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Pasos (texto): Restar al dinero inicial el gasto realizado.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50 - 34,65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15,35 €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Calcular el 20 % de 15 y restarlo al precio inicial.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15 - (15 × 0,20)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12,00 €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Dividir el coste total entre el número de personas.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40 ÷ 4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10,00 €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Aplicar primero el 10 % de descuento, calcular el nuevo precio y aplicar el 20 % sobre ese valor.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(60 - (60 × 0,10)) × 0,80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43,20 €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Multiplicar el precio del billete por los viajes al día y por el número de días.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1,40 × 2 × 5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14,00 €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Calcular el 5 % de 90 y restarlo al precio inicial.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90 - (90 × 0,05)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85,50 €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Pasar 2 horas a minutos y dividir entre el intervalo de paso.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(2 × 60) ÷ 12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10 trenes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Sumar todos los gastos fijos y restarlos a los ingresos.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200 - (80 + 30 + 20)</w:t>
                            </w:r>
                          </w:p>
                          <w:p w:rsid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70,00 €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Pasos (texto): Calcular el 21 % de 250 y sumarlo al precio inicial.</w:t>
                            </w:r>
                          </w:p>
                          <w:p w:rsidR="00E4637A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Expresión de síntesis: 250 + (250 × 0,21)</w:t>
                            </w:r>
                          </w:p>
                          <w:p w:rsidR="00E71935" w:rsidRPr="00E4637A" w:rsidRDefault="00E4637A" w:rsidP="00E4637A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4637A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- Resultado final: 302,50 €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6" o:spid="_x0000_s1026" type="#_x0000_t202" style="position:absolute;left:0;text-align:left;margin-left:0;margin-top:.55pt;width:521.25pt;height:513pt;flip:y;z-index:2516971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" filled="f" stroked="f" strokeweight=".5pt">
                <v:textbox>
                  <w:txbxContent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Multiplicar el precio del menú por el número de días.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9,50 × 4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38,00 €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Pasos (texto): Restar al dinero inicial el gasto realizado.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50 - 34,65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15,35 €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Calcular el 20 % de 15 y restarlo al precio inicial.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15 - (15 × 0,20)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12,00 €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Dividir el coste total entre el número de personas.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40 ÷ 4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10,00 €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Aplicar primero el 10 % de descuento, calcular el nuevo precio y aplicar el 20 % sobre ese valor.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(60 - (60 × 0,10)) × 0,80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43,20 €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Multiplicar el precio del billete por los viajes al día y por el número de días.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1,40 × 2 × 5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14,00 €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Calcular el 5 % de 90 y restarlo al precio inicial.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90 - (90 × 0,05)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85,50 €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Pasar 2 horas a minutos y dividir entre el intervalo de paso.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(2 × 60) ÷ 12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10 trenes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Sumar todos los gastos fijos y restarlos a los ingresos.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200 - (80 + 30 + 20)</w:t>
                      </w:r>
                    </w:p>
                    <w:p w:rsid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70,00 €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Pasos (texto): Calcular el 21 % de 250 y sumarlo al precio inicial.</w:t>
                      </w:r>
                    </w:p>
                    <w:p w:rsidR="00E4637A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Expresión de síntesis: 250 + (250 × 0,21)</w:t>
                      </w:r>
                    </w:p>
                    <w:p w:rsidR="00E71935" w:rsidRPr="00E4637A" w:rsidRDefault="00E4637A" w:rsidP="00E4637A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4637A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- Resultado final: 302,50 €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bookmarkStart w:id="0" w:name="_GoBack"/>
      <w:bookmarkEnd w:id="0"/>
    </w:p>
    <w:sectPr w:rsidR="00E4637A" w:rsidSect="00FF48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EE5" w:rsidRDefault="00BD5EE5">
      <w:pPr>
        <w:spacing w:after="0" w:line="240" w:lineRule="auto"/>
      </w:pPr>
      <w:r>
        <w:separator/>
      </w:r>
    </w:p>
  </w:endnote>
  <w:endnote w:type="continuationSeparator" w:id="0">
    <w:p w:rsidR="00BD5EE5" w:rsidRDefault="00BD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:rsidTr="00C10299">
      <w:tc>
        <w:tcPr>
          <w:tcW w:w="4253" w:type="dxa"/>
        </w:tcPr>
        <w:p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:rsidR="0032264F" w:rsidRDefault="0032264F"/>
      </w:tc>
      <w:tc>
        <w:tcPr>
          <w:tcW w:w="3080" w:type="dxa"/>
        </w:tcPr>
        <w:p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C271E0" w:rsidRPr="00C271E0">
            <w:rPr>
              <w:rFonts w:ascii="Verdana" w:hAnsi="Verdana"/>
              <w:noProof/>
              <w:color w:val="3A6168"/>
              <w:sz w:val="18"/>
              <w:lang w:val="es-ES"/>
            </w:rPr>
            <w:t>8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EE5" w:rsidRDefault="00BD5EE5">
      <w:pPr>
        <w:spacing w:after="0" w:line="240" w:lineRule="auto"/>
      </w:pPr>
      <w:r>
        <w:separator/>
      </w:r>
    </w:p>
  </w:footnote>
  <w:footnote w:type="continuationSeparator" w:id="0">
    <w:p w:rsidR="00BD5EE5" w:rsidRDefault="00BD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FF48F2" w:rsidP="00C10299">
    <w:pPr>
      <w:pStyle w:val="Encabezado"/>
      <w:ind w:left="-1418"/>
      <w:jc w:val="center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F9BCCB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-1230630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:rsidTr="000D0526">
      <w:trPr>
        <w:trHeight w:val="585"/>
      </w:trPr>
      <w:tc>
        <w:tcPr>
          <w:tcW w:w="5955" w:type="dxa"/>
          <w:tcBorders>
            <w:bottom w:val="nil"/>
          </w:tcBorders>
        </w:tcPr>
        <w:p w:rsidR="0032264F" w:rsidRPr="00C10299" w:rsidRDefault="00823D21" w:rsidP="00C10299">
          <w:pPr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Pr="00823D21">
            <w:rPr>
              <w:rFonts w:ascii="Verdana" w:hAnsi="Verdana"/>
              <w:b/>
              <w:color w:val="3A6168"/>
              <w:lang w:val="es-ES_tradnl"/>
            </w:rPr>
            <w:t>Usando números en la vida diaria</w:t>
          </w:r>
        </w:p>
      </w:tc>
      <w:tc>
        <w:tcPr>
          <w:tcW w:w="5105" w:type="dxa"/>
          <w:tcBorders>
            <w:bottom w:val="nil"/>
          </w:tcBorders>
        </w:tcPr>
        <w:p w:rsidR="0032264F" w:rsidRDefault="00C10299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13"/>
  </w:num>
  <w:num w:numId="14">
    <w:abstractNumId w:val="9"/>
  </w:num>
  <w:num w:numId="15">
    <w:abstractNumId w:val="20"/>
  </w:num>
  <w:num w:numId="16">
    <w:abstractNumId w:val="10"/>
  </w:num>
  <w:num w:numId="17">
    <w:abstractNumId w:val="19"/>
  </w:num>
  <w:num w:numId="18">
    <w:abstractNumId w:val="18"/>
  </w:num>
  <w:num w:numId="19">
    <w:abstractNumId w:val="15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D0526"/>
    <w:rsid w:val="000E3874"/>
    <w:rsid w:val="0015074B"/>
    <w:rsid w:val="001C7CD4"/>
    <w:rsid w:val="0029639D"/>
    <w:rsid w:val="003222F1"/>
    <w:rsid w:val="0032264F"/>
    <w:rsid w:val="00326F90"/>
    <w:rsid w:val="0034208C"/>
    <w:rsid w:val="003D57AF"/>
    <w:rsid w:val="00435ED6"/>
    <w:rsid w:val="00525619"/>
    <w:rsid w:val="00684978"/>
    <w:rsid w:val="006E75A3"/>
    <w:rsid w:val="007D4349"/>
    <w:rsid w:val="00823D21"/>
    <w:rsid w:val="00894658"/>
    <w:rsid w:val="009A6F38"/>
    <w:rsid w:val="00AA1D8D"/>
    <w:rsid w:val="00B47730"/>
    <w:rsid w:val="00B80F1A"/>
    <w:rsid w:val="00BD5EE5"/>
    <w:rsid w:val="00C10299"/>
    <w:rsid w:val="00C271E0"/>
    <w:rsid w:val="00C77EA2"/>
    <w:rsid w:val="00CB0664"/>
    <w:rsid w:val="00D03C09"/>
    <w:rsid w:val="00E4637A"/>
    <w:rsid w:val="00E71935"/>
    <w:rsid w:val="00F77853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uesto">
    <w:name w:val="Title"/>
    <w:basedOn w:val="Normal"/>
    <w:next w:val="Normal"/>
    <w:link w:val="Puest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6EDE7-33A8-4598-B7CB-D1556160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986</Words>
  <Characters>5429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6403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PAMIES BERENGUER, MARCIAL</cp:lastModifiedBy>
  <cp:revision>7</cp:revision>
  <dcterms:created xsi:type="dcterms:W3CDTF">2025-08-29T06:12:00Z</dcterms:created>
  <dcterms:modified xsi:type="dcterms:W3CDTF">2025-08-29T10:52:00Z</dcterms:modified>
  <cp:category/>
</cp:coreProperties>
</file>